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F36" w:rsidRPr="0046064C" w:rsidRDefault="00226F36">
      <w:pPr>
        <w:rPr>
          <w:lang w:val="ru-RU"/>
        </w:rPr>
      </w:pPr>
    </w:p>
    <w:p w:rsidR="00226F36" w:rsidRPr="0046064C" w:rsidRDefault="00FD266E">
      <w:pPr>
        <w:jc w:val="right"/>
        <w:rPr>
          <w:lang w:val="ru-RU"/>
        </w:rPr>
      </w:pPr>
      <w:r w:rsidRPr="0046064C">
        <w:rPr>
          <w:b/>
          <w:lang w:val="ru-RU"/>
        </w:rPr>
        <w:t>УТВЕРЖДЕН</w:t>
      </w:r>
      <w:r w:rsidRPr="0046064C">
        <w:rPr>
          <w:b/>
          <w:lang w:val="ru-RU"/>
        </w:rPr>
        <w:br/>
      </w:r>
      <w:r w:rsidR="00723AA1">
        <w:rPr>
          <w:lang w:val="ru-RU"/>
        </w:rPr>
        <w:t>приказом Основной школы № 39</w:t>
      </w:r>
      <w:r w:rsidRPr="0046064C">
        <w:rPr>
          <w:lang w:val="ru-RU"/>
        </w:rPr>
        <w:br/>
        <w:t>от «</w:t>
      </w:r>
      <w:r w:rsidR="00954638">
        <w:rPr>
          <w:lang w:val="ru-RU"/>
        </w:rPr>
        <w:t>01</w:t>
      </w:r>
      <w:r w:rsidRPr="0046064C">
        <w:rPr>
          <w:lang w:val="ru-RU"/>
        </w:rPr>
        <w:t xml:space="preserve">» </w:t>
      </w:r>
      <w:r w:rsidR="00954638">
        <w:rPr>
          <w:lang w:val="ru-RU"/>
        </w:rPr>
        <w:t xml:space="preserve">сентября </w:t>
      </w:r>
      <w:r w:rsidRPr="0046064C">
        <w:rPr>
          <w:lang w:val="ru-RU"/>
        </w:rPr>
        <w:t xml:space="preserve"> 2026 г. № </w:t>
      </w:r>
      <w:r w:rsidR="00954638">
        <w:rPr>
          <w:lang w:val="ru-RU"/>
        </w:rPr>
        <w:t>105/5</w:t>
      </w:r>
      <w:bookmarkStart w:id="0" w:name="_GoBack"/>
      <w:bookmarkEnd w:id="0"/>
    </w:p>
    <w:p w:rsidR="00226F36" w:rsidRPr="0046064C" w:rsidRDefault="00FD266E">
      <w:pPr>
        <w:spacing w:before="320"/>
        <w:jc w:val="center"/>
        <w:rPr>
          <w:lang w:val="ru-RU"/>
        </w:rPr>
      </w:pPr>
      <w:r w:rsidRPr="0046064C">
        <w:rPr>
          <w:b/>
          <w:sz w:val="28"/>
          <w:lang w:val="ru-RU"/>
        </w:rPr>
        <w:t>КАЛЕНДАРНЫЙ ПЛАН</w:t>
      </w:r>
      <w:r w:rsidRPr="0046064C">
        <w:rPr>
          <w:b/>
          <w:sz w:val="28"/>
          <w:lang w:val="ru-RU"/>
        </w:rPr>
        <w:br/>
        <w:t>ВОСПИТАТЕЛЬНОЙ РАБОТЫ</w:t>
      </w:r>
      <w:r w:rsidRPr="0046064C">
        <w:rPr>
          <w:b/>
          <w:sz w:val="28"/>
          <w:lang w:val="ru-RU"/>
        </w:rPr>
        <w:br/>
        <w:t>НА 2026/2027 УЧЕБНЫЙ ГОД</w:t>
      </w:r>
      <w:r w:rsidRPr="0046064C">
        <w:rPr>
          <w:b/>
          <w:sz w:val="28"/>
          <w:lang w:val="ru-RU"/>
        </w:rPr>
        <w:br/>
        <w:t>НА УРОВНЕ НАЧАЛЬНОГО ОБЩЕГО ОБРАЗОВАНИЯ</w:t>
      </w:r>
      <w:r w:rsidRPr="0046064C">
        <w:rPr>
          <w:b/>
          <w:sz w:val="28"/>
          <w:lang w:val="ru-RU"/>
        </w:rPr>
        <w:br/>
      </w:r>
    </w:p>
    <w:p w:rsidR="00226F36" w:rsidRPr="0046064C" w:rsidRDefault="00FD266E">
      <w:pPr>
        <w:jc w:val="both"/>
        <w:rPr>
          <w:lang w:val="ru-RU"/>
        </w:rPr>
      </w:pPr>
      <w:r w:rsidRPr="0046064C">
        <w:rPr>
          <w:lang w:val="ru-RU"/>
        </w:rPr>
        <w:t>Календарный план воспитательной работы является частью рабочей программы воспитания основной образовательной программы начального общего образования. Он конкретизирует содержание инвариантных и вариативных модулей, определяет основные дела, события, мероприятия, сроки их реализации, состав участников и ответственных исполнителей. План разработан с учётом федеральной образовательной программы начального общего образования, федеральной рабочей программы воспитания, календарного учебного графика и Примерного календаря образовательных событий и памятных дат на 2026/2027 учебны</w:t>
      </w:r>
      <w:r w:rsidR="00723AA1">
        <w:rPr>
          <w:lang w:val="ru-RU"/>
        </w:rPr>
        <w:t>й год</w:t>
      </w:r>
      <w:r w:rsidRPr="0046064C">
        <w:rPr>
          <w:lang w:val="ru-RU"/>
        </w:rPr>
        <w:t>. Сентябрь–декабрь относятся к 2026 году, январь–май — к 2027 году. Мероприятия Года единства народов России проводятся в 2026 году. В 2027 году продолжается системная работа по укреплению общероссийской гражданской идентичности, межнационального согласия и уважения к культуре народов России.</w:t>
      </w:r>
    </w:p>
    <w:p w:rsidR="00226F36" w:rsidRPr="0046064C" w:rsidRDefault="00FD266E">
      <w:pPr>
        <w:jc w:val="both"/>
        <w:rPr>
          <w:lang w:val="ru-RU"/>
        </w:rPr>
      </w:pPr>
      <w:r w:rsidRPr="0046064C">
        <w:rPr>
          <w:b/>
          <w:lang w:val="ru-RU"/>
        </w:rPr>
        <w:t xml:space="preserve">Особенности периода: </w:t>
      </w:r>
      <w:r w:rsidRPr="0046064C">
        <w:rPr>
          <w:lang w:val="ru-RU"/>
        </w:rPr>
        <w:t>2017–2027 годы — Десятилетие детства; 2022–2031 годы — Десятилетие науки и технологий в России; 2026 год — Год единства народов России. Обозначение 2027 года как Года географии используется только после официального утверждения соответствующего решения.</w:t>
      </w:r>
    </w:p>
    <w:p w:rsidR="00226F36" w:rsidRDefault="00FD266E">
      <w:pPr>
        <w:pStyle w:val="1"/>
      </w:pPr>
      <w:r>
        <w:t>Нормативная основа</w:t>
      </w:r>
    </w:p>
    <w:p w:rsidR="00226F36" w:rsidRPr="0046064C" w:rsidRDefault="00FD266E">
      <w:pPr>
        <w:pStyle w:val="a0"/>
        <w:rPr>
          <w:lang w:val="ru-RU"/>
        </w:rPr>
      </w:pPr>
      <w:r w:rsidRPr="0046064C">
        <w:rPr>
          <w:lang w:val="ru-RU"/>
        </w:rPr>
        <w:t>Федеральный закон от 29.12.2012 № 273-ФЗ «Об образовании в Российской Федерации» (в действующей редакции).</w:t>
      </w:r>
    </w:p>
    <w:p w:rsidR="00226F36" w:rsidRPr="0046064C" w:rsidRDefault="00FD266E">
      <w:pPr>
        <w:pStyle w:val="a0"/>
        <w:rPr>
          <w:lang w:val="ru-RU"/>
        </w:rPr>
      </w:pPr>
      <w:r w:rsidRPr="0046064C">
        <w:rPr>
          <w:lang w:val="ru-RU"/>
        </w:rPr>
        <w:t>Федеральный государственный образовательный стандарт начального общего образования, утверждённый приказом Минпросвещения России от 31.05.2021 № 286 (в действующей редакции).</w:t>
      </w:r>
    </w:p>
    <w:p w:rsidR="00226F36" w:rsidRPr="0046064C" w:rsidRDefault="00FD266E">
      <w:pPr>
        <w:pStyle w:val="a0"/>
        <w:rPr>
          <w:lang w:val="ru-RU"/>
        </w:rPr>
      </w:pPr>
      <w:r w:rsidRPr="0046064C">
        <w:rPr>
          <w:lang w:val="ru-RU"/>
        </w:rPr>
        <w:t>Федеральная образовательная программа начального общего образования, утверждённая приказом Минпросвещения России от 18.05.2023 № 372 (в действующей редакции).</w:t>
      </w:r>
    </w:p>
    <w:p w:rsidR="00226F36" w:rsidRPr="0046064C" w:rsidRDefault="00FD266E">
      <w:pPr>
        <w:pStyle w:val="a0"/>
        <w:rPr>
          <w:lang w:val="ru-RU"/>
        </w:rPr>
      </w:pPr>
      <w:r w:rsidRPr="0046064C">
        <w:rPr>
          <w:lang w:val="ru-RU"/>
        </w:rPr>
        <w:t>Федеральная рабочая программа воспитания и федеральный календарный план воспитательной работы, включённые в ФОП НОО.</w:t>
      </w:r>
    </w:p>
    <w:p w:rsidR="00226F36" w:rsidRPr="0046064C" w:rsidRDefault="00FD266E">
      <w:pPr>
        <w:pStyle w:val="a0"/>
        <w:rPr>
          <w:lang w:val="ru-RU"/>
        </w:rPr>
      </w:pPr>
      <w:r w:rsidRPr="0046064C">
        <w:rPr>
          <w:lang w:val="ru-RU"/>
        </w:rPr>
        <w:t>Порядок организации и осуществления образовательной деятельности по основным общеобразовательным программам — в редакции, действующей в 2026/2027 учебном году.</w:t>
      </w:r>
    </w:p>
    <w:p w:rsidR="00226F36" w:rsidRPr="0046064C" w:rsidRDefault="00FD266E">
      <w:pPr>
        <w:pStyle w:val="a0"/>
        <w:rPr>
          <w:lang w:val="ru-RU"/>
        </w:rPr>
      </w:pPr>
      <w:r w:rsidRPr="0046064C">
        <w:rPr>
          <w:lang w:val="ru-RU"/>
        </w:rPr>
        <w:t>Санитарные правила и гигиенические нормативы, действующие в 2026/2027 учебном году.</w:t>
      </w:r>
    </w:p>
    <w:p w:rsidR="00226F36" w:rsidRPr="0046064C" w:rsidRDefault="00FD266E">
      <w:pPr>
        <w:pStyle w:val="a0"/>
        <w:rPr>
          <w:lang w:val="ru-RU"/>
        </w:rPr>
      </w:pPr>
      <w:r w:rsidRPr="0046064C">
        <w:rPr>
          <w:lang w:val="ru-RU"/>
        </w:rPr>
        <w:t>Стратегия комплексной безопасности детей в Российской Федерации на период до 2030 года.</w:t>
      </w:r>
    </w:p>
    <w:p w:rsidR="00226F36" w:rsidRPr="0046064C" w:rsidRDefault="00FD266E">
      <w:pPr>
        <w:pStyle w:val="a0"/>
        <w:rPr>
          <w:lang w:val="ru-RU"/>
        </w:rPr>
      </w:pPr>
      <w:r w:rsidRPr="0046064C">
        <w:rPr>
          <w:lang w:val="ru-RU"/>
        </w:rPr>
        <w:t>Нормативные и методические документы по использованию государственной символики в образовательных организациях.</w:t>
      </w:r>
    </w:p>
    <w:p w:rsidR="00226F36" w:rsidRPr="0046064C" w:rsidRDefault="00FD266E">
      <w:pPr>
        <w:pStyle w:val="a0"/>
        <w:rPr>
          <w:lang w:val="ru-RU"/>
        </w:rPr>
      </w:pPr>
      <w:r w:rsidRPr="0046064C">
        <w:rPr>
          <w:lang w:val="ru-RU"/>
        </w:rPr>
        <w:t>Основная образовательная программа НОО, рабочая программа воспитания, календарный учебный график и локальные нормативные акты [полное наименование образовательной организации].</w:t>
      </w:r>
    </w:p>
    <w:p w:rsidR="00226F36" w:rsidRPr="0046064C" w:rsidRDefault="00FD266E">
      <w:pPr>
        <w:pStyle w:val="1"/>
        <w:rPr>
          <w:lang w:val="ru-RU"/>
        </w:rPr>
      </w:pPr>
      <w:r w:rsidRPr="0046064C">
        <w:rPr>
          <w:lang w:val="ru-RU"/>
        </w:rPr>
        <w:t>Календарный план по модулям</w:t>
      </w:r>
    </w:p>
    <w:p w:rsidR="00226F36" w:rsidRPr="0046064C" w:rsidRDefault="00FD266E">
      <w:pPr>
        <w:spacing w:before="180" w:after="80"/>
        <w:jc w:val="center"/>
        <w:rPr>
          <w:lang w:val="ru-RU"/>
        </w:rPr>
      </w:pPr>
      <w:r w:rsidRPr="0046064C">
        <w:rPr>
          <w:b/>
          <w:sz w:val="22"/>
          <w:lang w:val="ru-RU"/>
        </w:rPr>
        <w:t>МОДУЛЬ «УРОЧНАЯ ДЕЯТЕЛЬНОСТЬ»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Использование воспитательного потенциала содержания учебных предметов для формирования уважения к семье, труду, Отечеству, культуре и природе России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Учителя начальных классов; учителя-предметники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lastRenderedPageBreak/>
              <w:t>Тематические учебные занятия «Государственные символы России»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 2026 года; декабрь 2026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Учителя начальных классов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Интеграция материалов Года единства народов России: языки, традиции, культура и общая история народов страны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Сентябрь–декабрь 2026 года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Учителя начальных классов; учитель музыки; учитель изобразительного искусства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Урок гражданской ответственности ко Дню солидарности в борьбе с терроризмом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03.09.2026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Учителя начальных классов; социальный педагог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Тематические задания к Международному дню распространения грамотности и Дню языков народов России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08.09.2026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Учителя начальных классов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Музыкально-познавательный урок к 120-летию со дня рождения Д. Д. Шостаковича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25.09.2026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Учитель музыки; учителя начальных классов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Познавательное занятие к 315-летию со дня рождения М. В. Ломоносова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19.11.2026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Учителя начальных классов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Виртуальная географическая экспедиция к 200-летию со дня рождения П. П. Семёнова-Тян-Шанского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Январь 2027 года, после каникул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Учителя начальных классов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Урок изобразительного искусства к 195-летию со дня рождения И. И. Шишкина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25.01.2027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Учитель изобразительного искусства; учителя начальных классов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Литературная мастерская к 130-летию со дня рождения В. П. Катаева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28.01.2027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Учителя начальных классов; школьный библиотекарь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Литературная гостиная к 145-летию со дня рождения К. И. Чуковского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31.03.2027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Учителя начальных классов; школьный библиотекарь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Предметные игровые недели по русскому языку, литературному чтению, математике и окружающему миру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отдельному графику школы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Заместитель директора по учебно-воспитательной работе; учителя начальных классов</w:t>
            </w:r>
          </w:p>
        </w:tc>
      </w:tr>
    </w:tbl>
    <w:p w:rsidR="00226F36" w:rsidRPr="0046064C" w:rsidRDefault="00226F36">
      <w:pPr>
        <w:spacing w:after="0"/>
        <w:rPr>
          <w:lang w:val="ru-RU"/>
        </w:rPr>
      </w:pPr>
    </w:p>
    <w:p w:rsidR="00226F36" w:rsidRPr="0046064C" w:rsidRDefault="00FD266E">
      <w:pPr>
        <w:spacing w:before="180" w:after="80"/>
        <w:jc w:val="center"/>
        <w:rPr>
          <w:lang w:val="ru-RU"/>
        </w:rPr>
      </w:pPr>
      <w:r w:rsidRPr="0046064C">
        <w:rPr>
          <w:b/>
          <w:sz w:val="22"/>
          <w:lang w:val="ru-RU"/>
        </w:rPr>
        <w:t>МОДУЛЬ «ВНЕУРОЧНАЯ ДЕЯТЕЛЬНОСТЬ И ДОПОЛНИТЕЛЬНОЕ ОБРАЗОВАНИЕ»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Курс внеурочной деятельности «Разговоры о важном» по федеральной программе и календарю тем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46064C" w:rsidRDefault="00FD266E">
            <w:pPr>
              <w:jc w:val="center"/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Еженедельно по понедельникам, по расписанию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Программа развития социальной активности младших школьников «Орлята России»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46064C" w:rsidRDefault="00FD266E">
            <w:pPr>
              <w:jc w:val="center"/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В течение учебного года по программе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Классные руководители; советник директора по во</w:t>
            </w:r>
            <w:r w:rsidR="0008690D">
              <w:rPr>
                <w:sz w:val="16"/>
                <w:lang w:val="ru-RU"/>
              </w:rPr>
              <w:t xml:space="preserve">спит. </w:t>
            </w:r>
            <w:r w:rsidR="00723AA1">
              <w:rPr>
                <w:sz w:val="16"/>
                <w:lang w:val="ru-RU"/>
              </w:rPr>
              <w:t xml:space="preserve"> работе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Школьная театральная студия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расписанию, при наличии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 xml:space="preserve">Руководитель </w:t>
            </w:r>
            <w:r w:rsidR="00723AA1">
              <w:rPr>
                <w:sz w:val="16"/>
                <w:lang w:val="ru-RU"/>
              </w:rPr>
              <w:t>школьного театра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Спортивные секции школьного спортивного клуба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расписанию, при наличии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Руководитель школьного спортивного клуба; учитель физической культуры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Интеллектуальная игра «Юный краевед»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Ноябрь 2026 года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Учителя начальных классов; руководите</w:t>
            </w:r>
            <w:r w:rsidR="0008690D">
              <w:rPr>
                <w:sz w:val="16"/>
                <w:lang w:val="ru-RU"/>
              </w:rPr>
              <w:t xml:space="preserve">ль школьного музея 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Фестиваль детского творчества «Весенняя палитра»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Март–апрель 2027 года</w:t>
            </w:r>
          </w:p>
        </w:tc>
        <w:tc>
          <w:tcPr>
            <w:tcW w:w="2580" w:type="dxa"/>
            <w:vAlign w:val="center"/>
          </w:tcPr>
          <w:p w:rsidR="00226F36" w:rsidRPr="0046064C" w:rsidRDefault="0008690D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У</w:t>
            </w:r>
            <w:r w:rsidR="00FD266E" w:rsidRPr="0046064C">
              <w:rPr>
                <w:sz w:val="16"/>
                <w:lang w:val="ru-RU"/>
              </w:rPr>
              <w:t>читель музыки; учитель изобразительного искусства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Итоговая презентация результатов внеурочной д</w:t>
            </w:r>
            <w:r w:rsidR="0008690D">
              <w:rPr>
                <w:sz w:val="16"/>
                <w:lang w:val="ru-RU"/>
              </w:rPr>
              <w:t xml:space="preserve">еятельности 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Май 2027 года</w:t>
            </w:r>
          </w:p>
        </w:tc>
        <w:tc>
          <w:tcPr>
            <w:tcW w:w="2580" w:type="dxa"/>
            <w:vAlign w:val="center"/>
          </w:tcPr>
          <w:p w:rsidR="00226F36" w:rsidRPr="0046064C" w:rsidRDefault="0008690D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Отв.</w:t>
            </w:r>
            <w:r w:rsidR="00FD266E" w:rsidRPr="0046064C">
              <w:rPr>
                <w:sz w:val="16"/>
                <w:lang w:val="ru-RU"/>
              </w:rPr>
              <w:t xml:space="preserve"> по воспитательной работе; руководители объединений</w:t>
            </w:r>
          </w:p>
        </w:tc>
      </w:tr>
    </w:tbl>
    <w:p w:rsidR="00226F36" w:rsidRPr="0046064C" w:rsidRDefault="00226F36">
      <w:pPr>
        <w:spacing w:after="0"/>
        <w:rPr>
          <w:lang w:val="ru-RU"/>
        </w:rPr>
      </w:pPr>
    </w:p>
    <w:p w:rsidR="00226F36" w:rsidRPr="0008690D" w:rsidRDefault="00FD266E">
      <w:pPr>
        <w:spacing w:before="180" w:after="80"/>
        <w:jc w:val="center"/>
        <w:rPr>
          <w:lang w:val="ru-RU"/>
        </w:rPr>
      </w:pPr>
      <w:r w:rsidRPr="0008690D">
        <w:rPr>
          <w:b/>
          <w:sz w:val="22"/>
          <w:lang w:val="ru-RU"/>
        </w:rPr>
        <w:t>МОДУЛЬ «КЛАССНОЕ РУКОВОДСТВО»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 w:rsidRPr="0008690D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Pr="0008690D" w:rsidRDefault="00FD266E">
            <w:pPr>
              <w:jc w:val="center"/>
              <w:rPr>
                <w:lang w:val="ru-RU"/>
              </w:rPr>
            </w:pPr>
            <w:r w:rsidRPr="0008690D">
              <w:rPr>
                <w:b/>
                <w:sz w:val="17"/>
                <w:lang w:val="ru-RU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Pr="0008690D" w:rsidRDefault="00FD266E">
            <w:pPr>
              <w:jc w:val="center"/>
              <w:rPr>
                <w:lang w:val="ru-RU"/>
              </w:rPr>
            </w:pPr>
            <w:r w:rsidRPr="0008690D">
              <w:rPr>
                <w:b/>
                <w:sz w:val="17"/>
                <w:lang w:val="ru-RU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Pr="0008690D" w:rsidRDefault="00FD266E">
            <w:pPr>
              <w:jc w:val="center"/>
              <w:rPr>
                <w:lang w:val="ru-RU"/>
              </w:rPr>
            </w:pPr>
            <w:r w:rsidRPr="0008690D">
              <w:rPr>
                <w:b/>
                <w:sz w:val="17"/>
                <w:lang w:val="ru-RU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Pr="0008690D" w:rsidRDefault="00FD266E">
            <w:pPr>
              <w:jc w:val="center"/>
              <w:rPr>
                <w:lang w:val="ru-RU"/>
              </w:rPr>
            </w:pPr>
            <w:r w:rsidRPr="0008690D">
              <w:rPr>
                <w:b/>
                <w:sz w:val="17"/>
                <w:lang w:val="ru-RU"/>
              </w:rPr>
              <w:t>Ответственные исполнители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Церемония поднятия Государственного флага Российской Федерации и исполнения Государственного гимна Российской Федерации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46064C" w:rsidRDefault="00FD266E">
            <w:pPr>
              <w:jc w:val="center"/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Еженедельно по понедельникам до начала занятий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Заместитель директора по воспитательной работе; советник</w:t>
            </w:r>
            <w:r w:rsidR="0008690D">
              <w:rPr>
                <w:sz w:val="16"/>
                <w:lang w:val="ru-RU"/>
              </w:rPr>
              <w:t xml:space="preserve"> директора по восп. работе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Тематические классные часы по рабочей программе воспитания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46064C" w:rsidRDefault="00FD266E">
            <w:pPr>
              <w:jc w:val="center"/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Не реже одного раза в месяц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Адаптационный цикл «Я — первоклассник»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Сентябрь–ноябрь 2026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руководители; педагог-психолог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Классные коллективные творческие дела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Один раз в четверть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Классные советы дела: обсуждение инициатив, распределение посильных ролей, подведение итогов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Pr="0046064C" w:rsidRDefault="00FD266E">
            <w:pPr>
              <w:jc w:val="center"/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Перед и после коллективных дел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Формирование и пополнение портфолио достижений обучающихся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Индивидуальная педагогическая поддержка обучающихся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потребности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Классные руководители; специалисты психолого-педагогического сопровождения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Участие классов в Днях единых действий, общешкольных и муниципальных мероприятиях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46064C" w:rsidRDefault="00FD266E">
            <w:pPr>
              <w:jc w:val="center"/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По календарю школы и организаторов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Праздник осени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lastRenderedPageBreak/>
              <w:t>Новогодний классный праздник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Декабрь 2026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Масленичная игровая программа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46064C" w:rsidRDefault="00FD266E">
            <w:pPr>
              <w:jc w:val="center"/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Февраль–март 2027 года, по календарю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</w:t>
            </w:r>
            <w:r w:rsidR="003B1D3E">
              <w:rPr>
                <w:sz w:val="16"/>
              </w:rPr>
              <w:t>уководители, библиотекарь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Праздник «Прощай, начальная школа!»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Май 2027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Инструктажи и практические занятия по безопасному поведению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46064C" w:rsidRDefault="00FD266E">
            <w:pPr>
              <w:jc w:val="center"/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Перед каникулами, поездками и массовыми мероприятиями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Классные руководители; ответственный за комплексную безопасность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Образовательные экскурсии и культурные посещения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46064C" w:rsidRDefault="00FD266E">
            <w:pPr>
              <w:jc w:val="center"/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По плану класса, не менее одного раза в полугодие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Классные руководители; представители организаций — по согласованию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Совместные мероприятия с родителями (законными представителями)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Классные руководители; родители — по согласованию</w:t>
            </w:r>
          </w:p>
        </w:tc>
      </w:tr>
    </w:tbl>
    <w:p w:rsidR="00226F36" w:rsidRPr="0046064C" w:rsidRDefault="00226F36">
      <w:pPr>
        <w:spacing w:after="0"/>
        <w:rPr>
          <w:lang w:val="ru-RU"/>
        </w:rPr>
      </w:pPr>
    </w:p>
    <w:p w:rsidR="00226F36" w:rsidRDefault="00FD266E">
      <w:pPr>
        <w:spacing w:before="180" w:after="80"/>
        <w:jc w:val="center"/>
      </w:pPr>
      <w:r>
        <w:rPr>
          <w:b/>
          <w:sz w:val="22"/>
        </w:rPr>
        <w:t>МОДУЛЬ «ОСНОВНЫЕ ШКОЛЬНЫЕ ДЕЛА»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Торжественная линейка и классные встречи ко Дню знаний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01.09.2026</w:t>
            </w:r>
          </w:p>
        </w:tc>
        <w:tc>
          <w:tcPr>
            <w:tcW w:w="2580" w:type="dxa"/>
            <w:vAlign w:val="center"/>
          </w:tcPr>
          <w:p w:rsidR="00226F36" w:rsidRPr="0046064C" w:rsidRDefault="003B1D3E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Директор; отв.</w:t>
            </w:r>
            <w:r w:rsidR="00FD266E" w:rsidRPr="0046064C">
              <w:rPr>
                <w:sz w:val="16"/>
                <w:lang w:val="ru-RU"/>
              </w:rPr>
              <w:t xml:space="preserve"> по воспитательной работе; классные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День солидарности в борьбе с терроризмом: акция памяти и урок безопасности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03.09.2026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Ответственный за комплексную безопасность; классные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Фестиваль «Языки и традиции народов России»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08.09.2026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Заместитель директора по воспитательной работе; педагог-организатор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Музыкальная гостиная к Международному дню музыки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01.10.2026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</w:t>
            </w:r>
            <w:r w:rsidR="003B1D3E">
              <w:rPr>
                <w:sz w:val="16"/>
              </w:rPr>
              <w:t>тель музыки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Акция заботы к Международному дню пожилых людей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01.10.2026</w:t>
            </w:r>
          </w:p>
        </w:tc>
        <w:tc>
          <w:tcPr>
            <w:tcW w:w="2580" w:type="dxa"/>
            <w:vAlign w:val="center"/>
          </w:tcPr>
          <w:p w:rsidR="00226F36" w:rsidRPr="003B1D3E" w:rsidRDefault="00FD266E">
            <w:pPr>
              <w:rPr>
                <w:lang w:val="ru-RU"/>
              </w:rPr>
            </w:pPr>
            <w:r w:rsidRPr="003B1D3E">
              <w:rPr>
                <w:sz w:val="16"/>
                <w:lang w:val="ru-RU"/>
              </w:rPr>
              <w:t xml:space="preserve">Классные </w:t>
            </w:r>
            <w:r w:rsidR="003B1D3E" w:rsidRPr="003B1D3E">
              <w:rPr>
                <w:sz w:val="16"/>
                <w:lang w:val="ru-RU"/>
              </w:rPr>
              <w:t xml:space="preserve">руководители; рук. </w:t>
            </w:r>
            <w:r w:rsidR="003B1D3E">
              <w:rPr>
                <w:sz w:val="16"/>
                <w:lang w:val="ru-RU"/>
              </w:rPr>
              <w:t>«Орлята России»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Праздничные мероприятия ко Дню учителя</w:t>
            </w:r>
          </w:p>
        </w:tc>
        <w:tc>
          <w:tcPr>
            <w:tcW w:w="765" w:type="dxa"/>
            <w:vAlign w:val="center"/>
          </w:tcPr>
          <w:p w:rsidR="00226F36" w:rsidRPr="003B1D3E" w:rsidRDefault="00FD266E">
            <w:pPr>
              <w:jc w:val="center"/>
              <w:rPr>
                <w:lang w:val="ru-RU"/>
              </w:rPr>
            </w:pPr>
            <w:r w:rsidRPr="003B1D3E">
              <w:rPr>
                <w:sz w:val="16"/>
                <w:lang w:val="ru-RU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3B1D3E" w:rsidRDefault="00FD266E">
            <w:pPr>
              <w:jc w:val="center"/>
              <w:rPr>
                <w:lang w:val="ru-RU"/>
              </w:rPr>
            </w:pPr>
            <w:r w:rsidRPr="003B1D3E">
              <w:rPr>
                <w:sz w:val="16"/>
                <w:lang w:val="ru-RU"/>
              </w:rPr>
              <w:t>05.10.2026</w:t>
            </w:r>
          </w:p>
        </w:tc>
        <w:tc>
          <w:tcPr>
            <w:tcW w:w="2580" w:type="dxa"/>
            <w:vAlign w:val="center"/>
          </w:tcPr>
          <w:p w:rsidR="00226F36" w:rsidRPr="0046064C" w:rsidRDefault="003B1D3E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С</w:t>
            </w:r>
            <w:r w:rsidR="00FD266E" w:rsidRPr="0046064C">
              <w:rPr>
                <w:sz w:val="16"/>
                <w:lang w:val="ru-RU"/>
              </w:rPr>
              <w:t>оветник директора по во</w:t>
            </w:r>
            <w:r>
              <w:rPr>
                <w:sz w:val="16"/>
                <w:lang w:val="ru-RU"/>
              </w:rPr>
              <w:t>сп. работе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Всероссийский день чтения: школьный читательский марафон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09.10.2026</w:t>
            </w:r>
          </w:p>
        </w:tc>
        <w:tc>
          <w:tcPr>
            <w:tcW w:w="2580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Школьный библиотекарь; учителя начальных классов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46064C" w:rsidRDefault="00FD266E">
            <w:pPr>
              <w:rPr>
                <w:lang w:val="ru-RU"/>
              </w:rPr>
            </w:pPr>
            <w:r w:rsidRPr="0046064C">
              <w:rPr>
                <w:sz w:val="16"/>
                <w:lang w:val="ru-RU"/>
              </w:rPr>
              <w:t>Всемирный день защиты животных: экологическая акция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05.10.2026, ближайший учебный день к 04.10.2026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Учителя начал</w:t>
            </w:r>
            <w:r w:rsidR="003B1D3E">
              <w:rPr>
                <w:sz w:val="16"/>
                <w:lang w:val="ru-RU"/>
              </w:rPr>
              <w:t>ьных классов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Творческие мастерские ко Дню отца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16.10.2026; официальная дата — 18.10.2026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</w:t>
            </w:r>
            <w:r w:rsidR="003B1D3E">
              <w:rPr>
                <w:sz w:val="16"/>
              </w:rPr>
              <w:t>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Фестиваль культур ко Дню народного единства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02–03.11.2026</w:t>
            </w:r>
          </w:p>
        </w:tc>
        <w:tc>
          <w:tcPr>
            <w:tcW w:w="2580" w:type="dxa"/>
            <w:vAlign w:val="center"/>
          </w:tcPr>
          <w:p w:rsidR="00226F36" w:rsidRPr="00723AA1" w:rsidRDefault="003B1D3E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Отв.</w:t>
            </w:r>
            <w:r w:rsidR="00FD266E" w:rsidRPr="00723AA1">
              <w:rPr>
                <w:sz w:val="16"/>
                <w:lang w:val="ru-RU"/>
              </w:rPr>
              <w:t xml:space="preserve"> по воспитательной работе; с</w:t>
            </w:r>
            <w:r>
              <w:rPr>
                <w:sz w:val="16"/>
                <w:lang w:val="ru-RU"/>
              </w:rPr>
              <w:t>оветник директора по восп. работе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Урок исторической памяти о военном параде на Красной площади 7 ноября 1941 года</w:t>
            </w:r>
          </w:p>
        </w:tc>
        <w:tc>
          <w:tcPr>
            <w:tcW w:w="765" w:type="dxa"/>
            <w:vAlign w:val="center"/>
          </w:tcPr>
          <w:p w:rsidR="00226F36" w:rsidRPr="003B1D3E" w:rsidRDefault="00FD266E">
            <w:pPr>
              <w:jc w:val="center"/>
              <w:rPr>
                <w:lang w:val="ru-RU"/>
              </w:rPr>
            </w:pPr>
            <w:r w:rsidRPr="003B1D3E">
              <w:rPr>
                <w:sz w:val="16"/>
                <w:lang w:val="ru-RU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Pr="003B1D3E" w:rsidRDefault="00FD266E">
            <w:pPr>
              <w:jc w:val="center"/>
              <w:rPr>
                <w:lang w:val="ru-RU"/>
              </w:rPr>
            </w:pPr>
            <w:r w:rsidRPr="003B1D3E">
              <w:rPr>
                <w:sz w:val="16"/>
                <w:lang w:val="ru-RU"/>
              </w:rPr>
              <w:t>06.11.2026</w:t>
            </w:r>
          </w:p>
        </w:tc>
        <w:tc>
          <w:tcPr>
            <w:tcW w:w="2580" w:type="dxa"/>
            <w:vAlign w:val="center"/>
          </w:tcPr>
          <w:p w:rsidR="00226F36" w:rsidRPr="00723AA1" w:rsidRDefault="003B1D3E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Учитель истории</w:t>
            </w:r>
            <w:r w:rsidR="00FD266E" w:rsidRPr="00723AA1">
              <w:rPr>
                <w:sz w:val="16"/>
                <w:lang w:val="ru-RU"/>
              </w:rPr>
              <w:t>; руководите</w:t>
            </w:r>
            <w:r>
              <w:rPr>
                <w:sz w:val="16"/>
                <w:lang w:val="ru-RU"/>
              </w:rPr>
              <w:t xml:space="preserve">ль школьного музея 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Синичкин день: акция помощи зимующим птицам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12.11.2026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Учителя начальных классов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Познавательная программа к Всемирному дню ребёнка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20.11.2026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Социальный педагог; 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Праздничная программа ко Дню матери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27.11.2026; официальная дата — 29.11.2026</w:t>
            </w:r>
          </w:p>
        </w:tc>
        <w:tc>
          <w:tcPr>
            <w:tcW w:w="2580" w:type="dxa"/>
            <w:vAlign w:val="center"/>
          </w:tcPr>
          <w:p w:rsidR="00226F36" w:rsidRDefault="003B1D3E">
            <w:r>
              <w:rPr>
                <w:sz w:val="16"/>
              </w:rPr>
              <w:t>К</w:t>
            </w:r>
            <w:r w:rsidR="00FD266E">
              <w:rPr>
                <w:sz w:val="16"/>
              </w:rPr>
              <w:t>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Познавательное мероприятие ко Дню Государственного герба Российской Федерации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30.11.2026</w:t>
            </w:r>
          </w:p>
        </w:tc>
        <w:tc>
          <w:tcPr>
            <w:tcW w:w="2580" w:type="dxa"/>
            <w:vAlign w:val="center"/>
          </w:tcPr>
          <w:p w:rsidR="00226F36" w:rsidRPr="00723AA1" w:rsidRDefault="003B1D3E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 xml:space="preserve">Учитель истории, </w:t>
            </w:r>
            <w:r w:rsidR="00FD266E" w:rsidRPr="00723AA1">
              <w:rPr>
                <w:sz w:val="16"/>
                <w:lang w:val="ru-RU"/>
              </w:rPr>
              <w:t>Советник директо</w:t>
            </w:r>
            <w:r>
              <w:rPr>
                <w:sz w:val="16"/>
                <w:lang w:val="ru-RU"/>
              </w:rPr>
              <w:t>ра по восп. работе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Международный день людей с ограниченными возможностями здоровья: акция «Мир равных возможностей»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03.12.2026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Педагог-психолог; социальный педагог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Международный день добровольца: школьная акция добрых дел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04.12.2026, ближайший учебный день к 05.12.2026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Советник директора по во</w:t>
            </w:r>
            <w:r w:rsidR="00D07295">
              <w:rPr>
                <w:sz w:val="16"/>
                <w:lang w:val="ru-RU"/>
              </w:rPr>
              <w:t>сп. работе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D07295" w:rsidRDefault="00FD266E">
            <w:pPr>
              <w:rPr>
                <w:lang w:val="ru-RU"/>
              </w:rPr>
            </w:pPr>
            <w:r w:rsidRPr="00D07295">
              <w:rPr>
                <w:sz w:val="16"/>
                <w:lang w:val="ru-RU"/>
              </w:rPr>
              <w:t>День Героев Отечества</w:t>
            </w:r>
          </w:p>
        </w:tc>
        <w:tc>
          <w:tcPr>
            <w:tcW w:w="765" w:type="dxa"/>
            <w:vAlign w:val="center"/>
          </w:tcPr>
          <w:p w:rsidR="00226F36" w:rsidRPr="00D07295" w:rsidRDefault="00FD266E">
            <w:pPr>
              <w:jc w:val="center"/>
              <w:rPr>
                <w:lang w:val="ru-RU"/>
              </w:rPr>
            </w:pPr>
            <w:r w:rsidRPr="00D07295">
              <w:rPr>
                <w:sz w:val="16"/>
                <w:lang w:val="ru-RU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D07295" w:rsidRDefault="00FD266E">
            <w:pPr>
              <w:jc w:val="center"/>
              <w:rPr>
                <w:lang w:val="ru-RU"/>
              </w:rPr>
            </w:pPr>
            <w:r w:rsidRPr="00D07295">
              <w:rPr>
                <w:sz w:val="16"/>
                <w:lang w:val="ru-RU"/>
              </w:rPr>
              <w:t>09.12.2026</w:t>
            </w:r>
          </w:p>
        </w:tc>
        <w:tc>
          <w:tcPr>
            <w:tcW w:w="2580" w:type="dxa"/>
            <w:vAlign w:val="center"/>
          </w:tcPr>
          <w:p w:rsidR="00226F36" w:rsidRPr="00D07295" w:rsidRDefault="00D07295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 xml:space="preserve">Отв. по восп. работе; </w:t>
            </w:r>
            <w:r w:rsidR="00FD266E" w:rsidRPr="00D07295">
              <w:rPr>
                <w:sz w:val="16"/>
                <w:lang w:val="ru-RU"/>
              </w:rPr>
              <w:t>классные руководители</w:t>
            </w:r>
          </w:p>
        </w:tc>
      </w:tr>
      <w:tr w:rsidR="00226F36" w:rsidRPr="00D07295">
        <w:trPr>
          <w:jc w:val="center"/>
        </w:trPr>
        <w:tc>
          <w:tcPr>
            <w:tcW w:w="4592" w:type="dxa"/>
            <w:vAlign w:val="center"/>
          </w:tcPr>
          <w:p w:rsidR="00226F36" w:rsidRPr="00D07295" w:rsidRDefault="00FD266E">
            <w:pPr>
              <w:rPr>
                <w:lang w:val="ru-RU"/>
              </w:rPr>
            </w:pPr>
            <w:r w:rsidRPr="00D07295">
              <w:rPr>
                <w:sz w:val="16"/>
                <w:lang w:val="ru-RU"/>
              </w:rPr>
              <w:t>Международный день прав человека</w:t>
            </w:r>
          </w:p>
        </w:tc>
        <w:tc>
          <w:tcPr>
            <w:tcW w:w="765" w:type="dxa"/>
            <w:vAlign w:val="center"/>
          </w:tcPr>
          <w:p w:rsidR="00226F36" w:rsidRPr="00D07295" w:rsidRDefault="00FD266E">
            <w:pPr>
              <w:jc w:val="center"/>
              <w:rPr>
                <w:lang w:val="ru-RU"/>
              </w:rPr>
            </w:pPr>
            <w:r w:rsidRPr="00D07295">
              <w:rPr>
                <w:sz w:val="16"/>
                <w:lang w:val="ru-RU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Pr="00D07295" w:rsidRDefault="00FD266E">
            <w:pPr>
              <w:jc w:val="center"/>
              <w:rPr>
                <w:lang w:val="ru-RU"/>
              </w:rPr>
            </w:pPr>
            <w:r w:rsidRPr="00D07295">
              <w:rPr>
                <w:sz w:val="16"/>
                <w:lang w:val="ru-RU"/>
              </w:rPr>
              <w:t>10.12.2026</w:t>
            </w:r>
          </w:p>
        </w:tc>
        <w:tc>
          <w:tcPr>
            <w:tcW w:w="2580" w:type="dxa"/>
            <w:vAlign w:val="center"/>
          </w:tcPr>
          <w:p w:rsidR="00226F36" w:rsidRPr="00D07295" w:rsidRDefault="00FD266E">
            <w:pPr>
              <w:rPr>
                <w:lang w:val="ru-RU"/>
              </w:rPr>
            </w:pPr>
            <w:r w:rsidRPr="00D07295">
              <w:rPr>
                <w:sz w:val="16"/>
                <w:lang w:val="ru-RU"/>
              </w:rPr>
              <w:t>Социальный педагог; 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Познавательные занятия ко Дню Конституции Российской Федерации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11.12.2026; официальная дата — 12.12.2026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День Государственного гимна Российской Федерации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25.12.2026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объединениями; учитель музыки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Новогодняя творческая неделя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21–25.12.2026</w:t>
            </w:r>
          </w:p>
        </w:tc>
        <w:tc>
          <w:tcPr>
            <w:tcW w:w="2580" w:type="dxa"/>
            <w:vAlign w:val="center"/>
          </w:tcPr>
          <w:p w:rsidR="00226F36" w:rsidRPr="00723AA1" w:rsidRDefault="00D07295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Отв.</w:t>
            </w:r>
            <w:r w:rsidR="00FD266E" w:rsidRPr="00723AA1">
              <w:rPr>
                <w:sz w:val="16"/>
                <w:lang w:val="ru-RU"/>
              </w:rPr>
              <w:t xml:space="preserve"> по воспитател</w:t>
            </w:r>
            <w:r>
              <w:rPr>
                <w:sz w:val="16"/>
                <w:lang w:val="ru-RU"/>
              </w:rPr>
              <w:t>ьной работе; кл. руководители</w:t>
            </w:r>
          </w:p>
        </w:tc>
      </w:tr>
      <w:tr w:rsidR="00226F36" w:rsidRPr="00D07295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День заповедников и национальных парков России</w:t>
            </w:r>
          </w:p>
        </w:tc>
        <w:tc>
          <w:tcPr>
            <w:tcW w:w="765" w:type="dxa"/>
            <w:vAlign w:val="center"/>
          </w:tcPr>
          <w:p w:rsidR="00226F36" w:rsidRPr="00D07295" w:rsidRDefault="00FD266E">
            <w:pPr>
              <w:jc w:val="center"/>
              <w:rPr>
                <w:lang w:val="ru-RU"/>
              </w:rPr>
            </w:pPr>
            <w:r w:rsidRPr="00D07295">
              <w:rPr>
                <w:sz w:val="16"/>
                <w:lang w:val="ru-RU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Ближайший учебный день после зимних каникул</w:t>
            </w:r>
          </w:p>
        </w:tc>
        <w:tc>
          <w:tcPr>
            <w:tcW w:w="2580" w:type="dxa"/>
            <w:vAlign w:val="center"/>
          </w:tcPr>
          <w:p w:rsidR="00226F36" w:rsidRPr="00D07295" w:rsidRDefault="00FD266E">
            <w:pPr>
              <w:rPr>
                <w:lang w:val="ru-RU"/>
              </w:rPr>
            </w:pPr>
            <w:r w:rsidRPr="00D07295">
              <w:rPr>
                <w:sz w:val="16"/>
                <w:lang w:val="ru-RU"/>
              </w:rPr>
              <w:t>Учителя начальных классов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День полного освобождения Ленинграда от фашистской блокады и Международный день памяти жертв Холокоста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27.01.2027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Классные руководители; р</w:t>
            </w:r>
            <w:r w:rsidR="00D07295">
              <w:rPr>
                <w:sz w:val="16"/>
                <w:lang w:val="ru-RU"/>
              </w:rPr>
              <w:t>уководитель школьного музея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lastRenderedPageBreak/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02.02.2027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</w:t>
            </w:r>
            <w:r w:rsidR="00D07295">
              <w:rPr>
                <w:sz w:val="16"/>
              </w:rPr>
              <w:t>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Международный день книгодарения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12.02.2027, ближайший учебный день к 14.02.2027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Школьный библиотекарь; 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Международный день родного языка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19.02.2027, ближайший учебный день к 21.02.2027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Учителя начальных классов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Спортивно-патриотический праздник ко Дню защитника Отечества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19.02.2027; официальная дата — 23.02.2027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Учитель физическ</w:t>
            </w:r>
            <w:r w:rsidR="00D07295">
              <w:rPr>
                <w:sz w:val="16"/>
                <w:lang w:val="ru-RU"/>
              </w:rPr>
              <w:t>ой культуры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Творческая программа к Международному женскому дню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05.03.2027; официальная дата — 08.03.2027</w:t>
            </w:r>
          </w:p>
        </w:tc>
        <w:tc>
          <w:tcPr>
            <w:tcW w:w="2580" w:type="dxa"/>
            <w:vAlign w:val="center"/>
          </w:tcPr>
          <w:p w:rsidR="00226F36" w:rsidRDefault="00D07295">
            <w:r>
              <w:rPr>
                <w:sz w:val="16"/>
              </w:rPr>
              <w:t xml:space="preserve"> У</w:t>
            </w:r>
            <w:r w:rsidR="00FD266E">
              <w:rPr>
                <w:sz w:val="16"/>
              </w:rPr>
              <w:t>читель музыки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День искусственного интеллекта: безопасное знакомство с технологиями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12.03.2027, ближайший учебный день к 13.03.2027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Ответственный за информационную безопасность; учителя начальных классов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День воссоединения Крыма с Россией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18.03.2027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Советн</w:t>
            </w:r>
            <w:r w:rsidR="00D07295">
              <w:rPr>
                <w:sz w:val="16"/>
                <w:lang w:val="ru-RU"/>
              </w:rPr>
              <w:t>ик директора по восп. работе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Всемирный день поэзии и Международный день лесов</w:t>
            </w:r>
          </w:p>
        </w:tc>
        <w:tc>
          <w:tcPr>
            <w:tcW w:w="765" w:type="dxa"/>
            <w:vAlign w:val="center"/>
          </w:tcPr>
          <w:p w:rsidR="00226F36" w:rsidRPr="00D07295" w:rsidRDefault="00FD266E">
            <w:pPr>
              <w:jc w:val="center"/>
              <w:rPr>
                <w:lang w:val="ru-RU"/>
              </w:rPr>
            </w:pPr>
            <w:r w:rsidRPr="00D07295">
              <w:rPr>
                <w:sz w:val="16"/>
                <w:lang w:val="ru-RU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D07295" w:rsidRDefault="00FD266E">
            <w:pPr>
              <w:jc w:val="center"/>
              <w:rPr>
                <w:lang w:val="ru-RU"/>
              </w:rPr>
            </w:pPr>
            <w:r w:rsidRPr="00D07295">
              <w:rPr>
                <w:sz w:val="16"/>
                <w:lang w:val="ru-RU"/>
              </w:rPr>
              <w:t>19.03.2027, ближайший учебный день к 21.03.2027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Учителя начальных классов; школьный библиотекарь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Всемирный день театра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26.03.2027, ближайший учебный день к 27.03.2027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Руководител</w:t>
            </w:r>
            <w:r w:rsidR="00D07295">
              <w:rPr>
                <w:sz w:val="16"/>
                <w:lang w:val="ru-RU"/>
              </w:rPr>
              <w:t>ь школьного театра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Всемирный день здоровья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07.04.2027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Учитель физической культуры; медицинский работник (при наличии)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Космическая неделя ко Дню космонавтики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07–12.04.2027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Учителя началь</w:t>
            </w:r>
            <w:r w:rsidR="00D07295">
              <w:rPr>
                <w:sz w:val="16"/>
                <w:lang w:val="ru-RU"/>
              </w:rPr>
              <w:t>ных классов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Всемирный день Земли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22.04.2027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Учителя начальных классов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День пожарной охраны: практикум безопасности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30.04.2027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Ответственный за комплексную безопасность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Тематические мероприятия к Празднику Весны и Труда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30.04.2027; официальная дата — 01.05.2027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 w:rsidRPr="00723AA1">
              <w:rPr>
                <w:sz w:val="16"/>
                <w:lang w:val="ru-RU"/>
              </w:rPr>
              <w:t xml:space="preserve">Неделя памяти и славы ко Дню </w:t>
            </w:r>
            <w:r>
              <w:rPr>
                <w:sz w:val="16"/>
              </w:rPr>
              <w:t>Победы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04–07.05.2027; официальная дата — 09.05.2027</w:t>
            </w:r>
          </w:p>
        </w:tc>
        <w:tc>
          <w:tcPr>
            <w:tcW w:w="2580" w:type="dxa"/>
            <w:vAlign w:val="center"/>
          </w:tcPr>
          <w:p w:rsidR="00226F36" w:rsidRPr="00723AA1" w:rsidRDefault="00E026F6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Отв.</w:t>
            </w:r>
            <w:r w:rsidR="00FD266E" w:rsidRPr="00723AA1">
              <w:rPr>
                <w:sz w:val="16"/>
                <w:lang w:val="ru-RU"/>
              </w:rPr>
              <w:t xml:space="preserve"> по воспитательной работе; педагог-организатор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E026F6" w:rsidRDefault="00FD266E">
            <w:pPr>
              <w:rPr>
                <w:lang w:val="ru-RU"/>
              </w:rPr>
            </w:pPr>
            <w:r w:rsidRPr="00E026F6">
              <w:rPr>
                <w:sz w:val="16"/>
                <w:lang w:val="ru-RU"/>
              </w:rPr>
              <w:t>Международный день музеев</w:t>
            </w:r>
          </w:p>
        </w:tc>
        <w:tc>
          <w:tcPr>
            <w:tcW w:w="765" w:type="dxa"/>
            <w:vAlign w:val="center"/>
          </w:tcPr>
          <w:p w:rsidR="00226F36" w:rsidRPr="00E026F6" w:rsidRDefault="00FD266E">
            <w:pPr>
              <w:jc w:val="center"/>
              <w:rPr>
                <w:lang w:val="ru-RU"/>
              </w:rPr>
            </w:pPr>
            <w:r w:rsidRPr="00E026F6">
              <w:rPr>
                <w:sz w:val="16"/>
                <w:lang w:val="ru-RU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E026F6" w:rsidRDefault="00FD266E">
            <w:pPr>
              <w:jc w:val="center"/>
              <w:rPr>
                <w:lang w:val="ru-RU"/>
              </w:rPr>
            </w:pPr>
            <w:r w:rsidRPr="00E026F6">
              <w:rPr>
                <w:sz w:val="16"/>
                <w:lang w:val="ru-RU"/>
              </w:rPr>
              <w:t>18.05.2027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Руководите</w:t>
            </w:r>
            <w:r w:rsidR="00E026F6">
              <w:rPr>
                <w:sz w:val="16"/>
                <w:lang w:val="ru-RU"/>
              </w:rPr>
              <w:t>ль школьного музея</w:t>
            </w:r>
            <w:r w:rsidRPr="00723AA1">
              <w:rPr>
                <w:sz w:val="16"/>
                <w:lang w:val="ru-RU"/>
              </w:rPr>
              <w:t>; классные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19.05.2027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 xml:space="preserve">Советник </w:t>
            </w:r>
            <w:r w:rsidR="00E026F6">
              <w:rPr>
                <w:sz w:val="16"/>
                <w:lang w:val="ru-RU"/>
              </w:rPr>
              <w:t>директора по восп. работе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 w:rsidRPr="00E026F6">
              <w:rPr>
                <w:sz w:val="16"/>
                <w:lang w:val="ru-RU"/>
              </w:rPr>
              <w:t>Общ</w:t>
            </w:r>
            <w:r>
              <w:rPr>
                <w:sz w:val="16"/>
              </w:rPr>
              <w:t>ероссийский день библиотек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27.05.2027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Школьный библиотекарь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Праздник «Прощай, начальная школа!»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Май 2027 года, по отдельному графику</w:t>
            </w:r>
          </w:p>
        </w:tc>
        <w:tc>
          <w:tcPr>
            <w:tcW w:w="2580" w:type="dxa"/>
            <w:vAlign w:val="center"/>
          </w:tcPr>
          <w:p w:rsidR="00226F36" w:rsidRPr="00723AA1" w:rsidRDefault="00E026F6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Классный руководитель 4 кл.</w:t>
            </w:r>
          </w:p>
        </w:tc>
      </w:tr>
    </w:tbl>
    <w:p w:rsidR="00226F36" w:rsidRPr="00723AA1" w:rsidRDefault="00226F36">
      <w:pPr>
        <w:spacing w:after="0"/>
        <w:rPr>
          <w:lang w:val="ru-RU"/>
        </w:rPr>
      </w:pPr>
    </w:p>
    <w:p w:rsidR="00226F36" w:rsidRDefault="00FD266E">
      <w:pPr>
        <w:spacing w:before="180" w:after="80"/>
        <w:jc w:val="center"/>
      </w:pPr>
      <w:r>
        <w:rPr>
          <w:b/>
          <w:sz w:val="22"/>
        </w:rPr>
        <w:t>МОДУЛЬ «ВНЕШКОЛЬНЫЕ МЕРОПРИЯТИЯ»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Совместный чита</w:t>
            </w:r>
            <w:r w:rsidR="00E026F6">
              <w:rPr>
                <w:sz w:val="16"/>
                <w:lang w:val="ru-RU"/>
              </w:rPr>
              <w:t xml:space="preserve">тельский проект с сельской </w:t>
            </w:r>
            <w:r w:rsidRPr="00723AA1">
              <w:rPr>
                <w:sz w:val="16"/>
                <w:lang w:val="ru-RU"/>
              </w:rPr>
              <w:t>библиотекой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В течение учебного года по графику партнёра</w:t>
            </w:r>
          </w:p>
        </w:tc>
        <w:tc>
          <w:tcPr>
            <w:tcW w:w="2580" w:type="dxa"/>
            <w:vAlign w:val="center"/>
          </w:tcPr>
          <w:p w:rsidR="00226F36" w:rsidRPr="00723AA1" w:rsidRDefault="00E026F6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Библиотекарь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Экскурсии в краеведческий музей и учреждения культуры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Один раз в полугодие, по согласованию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Посещение театра, фи</w:t>
            </w:r>
            <w:r w:rsidR="00E026F6">
              <w:rPr>
                <w:sz w:val="16"/>
                <w:lang w:val="ru-RU"/>
              </w:rPr>
              <w:t>лармонии, зоопарка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По афише и отдельному плану</w:t>
            </w:r>
          </w:p>
        </w:tc>
        <w:tc>
          <w:tcPr>
            <w:tcW w:w="2580" w:type="dxa"/>
            <w:vAlign w:val="center"/>
          </w:tcPr>
          <w:p w:rsidR="00226F36" w:rsidRDefault="00E026F6">
            <w:r>
              <w:rPr>
                <w:sz w:val="16"/>
              </w:rPr>
              <w:t>К</w:t>
            </w:r>
            <w:r w:rsidR="00FD266E">
              <w:rPr>
                <w:sz w:val="16"/>
              </w:rPr>
              <w:t>лассные руководители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Спортивные мероприятия с детско-юношеской спортивной школой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согласованному графику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Учитель физической кул</w:t>
            </w:r>
            <w:r w:rsidR="00E026F6">
              <w:rPr>
                <w:sz w:val="16"/>
                <w:lang w:val="ru-RU"/>
              </w:rPr>
              <w:t>ьтуры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Муниципальные конкурсы чтецов, рисунков и творческих проектов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положениям организаторов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Учителя началь</w:t>
            </w:r>
            <w:r w:rsidR="00E026F6">
              <w:rPr>
                <w:sz w:val="16"/>
                <w:lang w:val="ru-RU"/>
              </w:rPr>
              <w:t>ных классов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Региональные интеллектуальные и краеведческие мероприятия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календарю организаторов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Учителя начальных классов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Экологические маршруты и прогулки-наблюдения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Сентябрь–октябрь 2026 года; апрель–май 2027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Учителя начальных классов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Участие во всероссийских акциях гражданско-патриотической и экологической направленности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календарю организаторов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Советник дирек</w:t>
            </w:r>
            <w:r w:rsidR="00E026F6">
              <w:rPr>
                <w:sz w:val="16"/>
                <w:lang w:val="ru-RU"/>
              </w:rPr>
              <w:t>тора по восп. работе</w:t>
            </w:r>
          </w:p>
        </w:tc>
      </w:tr>
    </w:tbl>
    <w:p w:rsidR="00226F36" w:rsidRPr="00723AA1" w:rsidRDefault="00226F36">
      <w:pPr>
        <w:spacing w:after="0"/>
        <w:rPr>
          <w:lang w:val="ru-RU"/>
        </w:rPr>
      </w:pPr>
    </w:p>
    <w:p w:rsidR="00226F36" w:rsidRPr="00723AA1" w:rsidRDefault="00FD266E">
      <w:pPr>
        <w:spacing w:before="180" w:after="80"/>
        <w:jc w:val="center"/>
        <w:rPr>
          <w:lang w:val="ru-RU"/>
        </w:rPr>
      </w:pPr>
      <w:r w:rsidRPr="00723AA1">
        <w:rPr>
          <w:b/>
          <w:sz w:val="22"/>
          <w:lang w:val="ru-RU"/>
        </w:rPr>
        <w:t>МОДУЛЬ «ОРГАНИЗАЦИЯ ПРЕДМЕТНО-ПРОСТРАНСТВЕННОЙ СРЕДЫ»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Pr="00E026F6" w:rsidRDefault="00FD266E">
            <w:pPr>
              <w:jc w:val="center"/>
              <w:rPr>
                <w:lang w:val="ru-RU"/>
              </w:rPr>
            </w:pPr>
            <w:r w:rsidRPr="00E026F6">
              <w:rPr>
                <w:b/>
                <w:sz w:val="17"/>
                <w:lang w:val="ru-RU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Pr="00E026F6" w:rsidRDefault="00FD266E">
            <w:pPr>
              <w:jc w:val="center"/>
              <w:rPr>
                <w:lang w:val="ru-RU"/>
              </w:rPr>
            </w:pPr>
            <w:r w:rsidRPr="00E026F6">
              <w:rPr>
                <w:b/>
                <w:sz w:val="17"/>
                <w:lang w:val="ru-RU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Pr="00E026F6" w:rsidRDefault="00FD266E">
            <w:pPr>
              <w:jc w:val="center"/>
              <w:rPr>
                <w:lang w:val="ru-RU"/>
              </w:rPr>
            </w:pPr>
            <w:r w:rsidRPr="00E026F6">
              <w:rPr>
                <w:b/>
                <w:sz w:val="17"/>
                <w:lang w:val="ru-RU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 w:rsidRPr="00E026F6">
              <w:rPr>
                <w:b/>
                <w:sz w:val="17"/>
                <w:lang w:val="ru-RU"/>
              </w:rPr>
              <w:t>Ответст</w:t>
            </w:r>
            <w:r>
              <w:rPr>
                <w:b/>
                <w:sz w:val="17"/>
              </w:rPr>
              <w:t>венные исполнители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lastRenderedPageBreak/>
              <w:t>Размещение и актуализация государственной символики Российской Федерации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Сентябрь 2026 года; далее по необходимости</w:t>
            </w:r>
          </w:p>
        </w:tc>
        <w:tc>
          <w:tcPr>
            <w:tcW w:w="2580" w:type="dxa"/>
            <w:vAlign w:val="center"/>
          </w:tcPr>
          <w:p w:rsidR="00226F36" w:rsidRPr="00723AA1" w:rsidRDefault="00E026F6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Отв.</w:t>
            </w:r>
            <w:r w:rsidR="00FD266E" w:rsidRPr="00723AA1">
              <w:rPr>
                <w:sz w:val="16"/>
                <w:lang w:val="ru-RU"/>
              </w:rPr>
              <w:t xml:space="preserve"> по воспитательной работе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Оформление пространства детских инициатив и достижений</w:t>
            </w:r>
          </w:p>
        </w:tc>
        <w:tc>
          <w:tcPr>
            <w:tcW w:w="765" w:type="dxa"/>
            <w:vAlign w:val="center"/>
          </w:tcPr>
          <w:p w:rsidR="00226F36" w:rsidRPr="00E026F6" w:rsidRDefault="00FD266E">
            <w:pPr>
              <w:jc w:val="center"/>
              <w:rPr>
                <w:lang w:val="ru-RU"/>
              </w:rPr>
            </w:pPr>
            <w:r w:rsidRPr="00E026F6">
              <w:rPr>
                <w:sz w:val="16"/>
                <w:lang w:val="ru-RU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E026F6" w:rsidRDefault="00FD266E">
            <w:pPr>
              <w:jc w:val="center"/>
              <w:rPr>
                <w:lang w:val="ru-RU"/>
              </w:rPr>
            </w:pPr>
            <w:r w:rsidRPr="00E026F6">
              <w:rPr>
                <w:sz w:val="16"/>
                <w:lang w:val="ru-RU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Советник директора п</w:t>
            </w:r>
            <w:r w:rsidR="00E026F6">
              <w:rPr>
                <w:sz w:val="16"/>
                <w:lang w:val="ru-RU"/>
              </w:rPr>
              <w:t>о восп. работе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Экспозиция «Народы России: единство в многообразии»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Сентябрь–ноябрь 2026 года</w:t>
            </w:r>
          </w:p>
        </w:tc>
        <w:tc>
          <w:tcPr>
            <w:tcW w:w="2580" w:type="dxa"/>
            <w:vAlign w:val="center"/>
          </w:tcPr>
          <w:p w:rsidR="00226F36" w:rsidRPr="00723AA1" w:rsidRDefault="00E026F6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У</w:t>
            </w:r>
            <w:r w:rsidR="00FD266E" w:rsidRPr="00723AA1">
              <w:rPr>
                <w:sz w:val="16"/>
                <w:lang w:val="ru-RU"/>
              </w:rPr>
              <w:t>читель изобразительного искусства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Книжные выставки к образовательным событиям, памятным и юбилейным датам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Ежемесячно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Школьный библиотекарь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 xml:space="preserve">Выставки детского творчества «Осенняя палитра», «Новогодняя </w:t>
            </w:r>
            <w:r w:rsidR="00E026F6">
              <w:rPr>
                <w:sz w:val="16"/>
                <w:lang w:val="ru-RU"/>
              </w:rPr>
              <w:t>фантазия»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Октябрь 2026 года; дек</w:t>
            </w:r>
            <w:r w:rsidR="00E026F6">
              <w:rPr>
                <w:sz w:val="16"/>
                <w:lang w:val="ru-RU"/>
              </w:rPr>
              <w:t>абрь 2026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</w:t>
            </w:r>
            <w:r w:rsidR="00E026F6">
              <w:rPr>
                <w:sz w:val="16"/>
                <w:lang w:val="ru-RU"/>
              </w:rPr>
              <w:t>итель труда</w:t>
            </w:r>
            <w:r w:rsidRPr="00723AA1">
              <w:rPr>
                <w:sz w:val="16"/>
                <w:lang w:val="ru-RU"/>
              </w:rPr>
              <w:t>; классные руководители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Информационные материалы по дорожной, пожарной, антитеррористической и цифровой безопасности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Сентябрь 2026 года; обновление один раз в четверть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Ответственный за компле</w:t>
            </w:r>
            <w:r w:rsidR="00E026F6">
              <w:rPr>
                <w:sz w:val="16"/>
                <w:lang w:val="ru-RU"/>
              </w:rPr>
              <w:t>ксную безопасность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Полка книгообмена и читательские рекомендации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Школьный библиотекарь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Оформление школы к государственным праздникам и общешкольным событиям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календарному плану</w:t>
            </w:r>
          </w:p>
        </w:tc>
        <w:tc>
          <w:tcPr>
            <w:tcW w:w="2580" w:type="dxa"/>
            <w:vAlign w:val="center"/>
          </w:tcPr>
          <w:p w:rsidR="00226F36" w:rsidRPr="00723AA1" w:rsidRDefault="00E026F6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С</w:t>
            </w:r>
            <w:r w:rsidR="00FD266E" w:rsidRPr="00723AA1">
              <w:rPr>
                <w:sz w:val="16"/>
                <w:lang w:val="ru-RU"/>
              </w:rPr>
              <w:t>оветник директора по во</w:t>
            </w:r>
            <w:r>
              <w:rPr>
                <w:sz w:val="16"/>
                <w:lang w:val="ru-RU"/>
              </w:rPr>
              <w:t>сп. работе</w:t>
            </w:r>
          </w:p>
        </w:tc>
      </w:tr>
    </w:tbl>
    <w:p w:rsidR="00226F36" w:rsidRPr="00723AA1" w:rsidRDefault="00226F36">
      <w:pPr>
        <w:spacing w:after="0"/>
        <w:rPr>
          <w:lang w:val="ru-RU"/>
        </w:rPr>
      </w:pPr>
    </w:p>
    <w:p w:rsidR="00226F36" w:rsidRPr="00E026F6" w:rsidRDefault="00FD266E">
      <w:pPr>
        <w:spacing w:before="180" w:after="80"/>
        <w:jc w:val="center"/>
        <w:rPr>
          <w:lang w:val="ru-RU"/>
        </w:rPr>
      </w:pPr>
      <w:r w:rsidRPr="00E026F6">
        <w:rPr>
          <w:b/>
          <w:sz w:val="22"/>
          <w:lang w:val="ru-RU"/>
        </w:rPr>
        <w:t>МОДУЛЬ «ВЗАИМОДЕЙСТВИЕ С РОДИТЕЛЯМИ»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 w:rsidRPr="00E026F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Pr="00E026F6" w:rsidRDefault="00FD266E">
            <w:pPr>
              <w:jc w:val="center"/>
              <w:rPr>
                <w:lang w:val="ru-RU"/>
              </w:rPr>
            </w:pPr>
            <w:r w:rsidRPr="00E026F6">
              <w:rPr>
                <w:b/>
                <w:sz w:val="17"/>
                <w:lang w:val="ru-RU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Pr="00E026F6" w:rsidRDefault="00FD266E">
            <w:pPr>
              <w:jc w:val="center"/>
              <w:rPr>
                <w:lang w:val="ru-RU"/>
              </w:rPr>
            </w:pPr>
            <w:r w:rsidRPr="00E026F6">
              <w:rPr>
                <w:b/>
                <w:sz w:val="17"/>
                <w:lang w:val="ru-RU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Pr="00E026F6" w:rsidRDefault="00FD266E">
            <w:pPr>
              <w:jc w:val="center"/>
              <w:rPr>
                <w:lang w:val="ru-RU"/>
              </w:rPr>
            </w:pPr>
            <w:r w:rsidRPr="00E026F6">
              <w:rPr>
                <w:b/>
                <w:sz w:val="17"/>
                <w:lang w:val="ru-RU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Pr="00E026F6" w:rsidRDefault="00FD266E">
            <w:pPr>
              <w:jc w:val="center"/>
              <w:rPr>
                <w:lang w:val="ru-RU"/>
              </w:rPr>
            </w:pPr>
            <w:r w:rsidRPr="00E026F6">
              <w:rPr>
                <w:b/>
                <w:sz w:val="17"/>
                <w:lang w:val="ru-RU"/>
              </w:rPr>
              <w:t>Ответственные исполнители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Общешкольные родительские собрания по вопросам воспитания, безопасности и организации школьной жизни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 2026 года; май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E039B3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Директор; отв.</w:t>
            </w:r>
            <w:r w:rsidR="00FD266E" w:rsidRPr="00723AA1">
              <w:rPr>
                <w:sz w:val="16"/>
                <w:lang w:val="ru-RU"/>
              </w:rPr>
              <w:t xml:space="preserve"> по воспитательной работе</w:t>
            </w:r>
          </w:p>
        </w:tc>
      </w:tr>
      <w:tr w:rsidR="00226F36" w:rsidRPr="00E039B3">
        <w:trPr>
          <w:jc w:val="center"/>
        </w:trPr>
        <w:tc>
          <w:tcPr>
            <w:tcW w:w="4592" w:type="dxa"/>
            <w:vAlign w:val="center"/>
          </w:tcPr>
          <w:p w:rsidR="00226F36" w:rsidRPr="00E039B3" w:rsidRDefault="00FD266E">
            <w:pPr>
              <w:rPr>
                <w:lang w:val="ru-RU"/>
              </w:rPr>
            </w:pPr>
            <w:r w:rsidRPr="00E039B3">
              <w:rPr>
                <w:sz w:val="16"/>
                <w:lang w:val="ru-RU"/>
              </w:rPr>
              <w:t>Классные родительские собрания</w:t>
            </w:r>
          </w:p>
        </w:tc>
        <w:tc>
          <w:tcPr>
            <w:tcW w:w="765" w:type="dxa"/>
            <w:vAlign w:val="center"/>
          </w:tcPr>
          <w:p w:rsidR="00226F36" w:rsidRPr="00E039B3" w:rsidRDefault="00FD266E">
            <w:pPr>
              <w:jc w:val="center"/>
              <w:rPr>
                <w:lang w:val="ru-RU"/>
              </w:rPr>
            </w:pPr>
            <w:r w:rsidRPr="00E039B3">
              <w:rPr>
                <w:sz w:val="16"/>
                <w:lang w:val="ru-RU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Не менее одного раза в четверть</w:t>
            </w:r>
          </w:p>
        </w:tc>
        <w:tc>
          <w:tcPr>
            <w:tcW w:w="2580" w:type="dxa"/>
            <w:vAlign w:val="center"/>
          </w:tcPr>
          <w:p w:rsidR="00226F36" w:rsidRPr="00E039B3" w:rsidRDefault="00FD266E">
            <w:pPr>
              <w:rPr>
                <w:lang w:val="ru-RU"/>
              </w:rPr>
            </w:pPr>
            <w:r w:rsidRPr="00E039B3">
              <w:rPr>
                <w:sz w:val="16"/>
                <w:lang w:val="ru-RU"/>
              </w:rPr>
              <w:t>Классные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 w:rsidRPr="00E039B3">
              <w:rPr>
                <w:sz w:val="16"/>
                <w:lang w:val="ru-RU"/>
              </w:rPr>
              <w:t>Заседания Совета родите</w:t>
            </w:r>
            <w:r>
              <w:rPr>
                <w:sz w:val="16"/>
              </w:rPr>
              <w:t>лей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Один раз в четверть</w:t>
            </w:r>
          </w:p>
        </w:tc>
        <w:tc>
          <w:tcPr>
            <w:tcW w:w="2580" w:type="dxa"/>
            <w:vAlign w:val="center"/>
          </w:tcPr>
          <w:p w:rsidR="00226F36" w:rsidRPr="00723AA1" w:rsidRDefault="00E039B3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 xml:space="preserve">Директор; отв.по восп. </w:t>
            </w:r>
            <w:r w:rsidR="00FD266E" w:rsidRPr="00723AA1">
              <w:rPr>
                <w:sz w:val="16"/>
                <w:lang w:val="ru-RU"/>
              </w:rPr>
              <w:t>работе</w:t>
            </w:r>
          </w:p>
        </w:tc>
      </w:tr>
      <w:tr w:rsidR="00226F36" w:rsidRPr="00E039B3">
        <w:trPr>
          <w:jc w:val="center"/>
        </w:trPr>
        <w:tc>
          <w:tcPr>
            <w:tcW w:w="4592" w:type="dxa"/>
            <w:vAlign w:val="center"/>
          </w:tcPr>
          <w:p w:rsidR="00226F36" w:rsidRPr="00E039B3" w:rsidRDefault="00FD266E">
            <w:pPr>
              <w:rPr>
                <w:lang w:val="ru-RU"/>
              </w:rPr>
            </w:pPr>
            <w:r w:rsidRPr="00E039B3">
              <w:rPr>
                <w:sz w:val="16"/>
                <w:lang w:val="ru-RU"/>
              </w:rPr>
              <w:t>Родительский лекторий «Воспитываем вместе»</w:t>
            </w:r>
          </w:p>
        </w:tc>
        <w:tc>
          <w:tcPr>
            <w:tcW w:w="765" w:type="dxa"/>
            <w:vAlign w:val="center"/>
          </w:tcPr>
          <w:p w:rsidR="00226F36" w:rsidRPr="00E039B3" w:rsidRDefault="00FD266E">
            <w:pPr>
              <w:jc w:val="center"/>
              <w:rPr>
                <w:lang w:val="ru-RU"/>
              </w:rPr>
            </w:pPr>
            <w:r w:rsidRPr="00E039B3">
              <w:rPr>
                <w:sz w:val="16"/>
                <w:lang w:val="ru-RU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E039B3" w:rsidRDefault="00FD266E">
            <w:pPr>
              <w:jc w:val="center"/>
              <w:rPr>
                <w:lang w:val="ru-RU"/>
              </w:rPr>
            </w:pPr>
            <w:r w:rsidRPr="00E039B3">
              <w:rPr>
                <w:sz w:val="16"/>
                <w:lang w:val="ru-RU"/>
              </w:rPr>
              <w:t>Один раз в четверть</w:t>
            </w:r>
          </w:p>
        </w:tc>
        <w:tc>
          <w:tcPr>
            <w:tcW w:w="2580" w:type="dxa"/>
            <w:vAlign w:val="center"/>
          </w:tcPr>
          <w:p w:rsidR="00226F36" w:rsidRPr="00E039B3" w:rsidRDefault="00FD266E">
            <w:pPr>
              <w:rPr>
                <w:lang w:val="ru-RU"/>
              </w:rPr>
            </w:pPr>
            <w:r w:rsidRPr="00E039B3">
              <w:rPr>
                <w:sz w:val="16"/>
                <w:lang w:val="ru-RU"/>
              </w:rPr>
              <w:t>Педагог-психолог; социальный педагог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 w:rsidRPr="00E039B3">
              <w:rPr>
                <w:sz w:val="16"/>
                <w:lang w:val="ru-RU"/>
              </w:rPr>
              <w:t>Индивидуальны</w:t>
            </w:r>
            <w:r>
              <w:rPr>
                <w:sz w:val="16"/>
              </w:rPr>
              <w:t>е консультации специалистов сопровождения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графику и запросу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Педагог-психолог; социальный педагог; учитель-логопед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Семейные творческие мастерские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</w:t>
            </w:r>
            <w:r w:rsidR="00E039B3">
              <w:rPr>
                <w:sz w:val="16"/>
              </w:rPr>
              <w:t>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Семейный спортивный праздник «Вместе сильнее»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Февраль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Учитель физической культуры; классные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Просветительская встреча «Безопасность ребёнка в цифровой среде»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Февраль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Ответственный за информационную безопасность; педагог-психолог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Родительский контроль организации питания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утверждённому графику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Ответственный работник школы; представители родителей — по согласованию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Участие родителей в экскурсиях, проектах и воспитательных событиях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В течение учебного года, добровольно и по согласованию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</w:tbl>
    <w:p w:rsidR="00226F36" w:rsidRDefault="00226F36">
      <w:pPr>
        <w:spacing w:after="0"/>
      </w:pPr>
    </w:p>
    <w:p w:rsidR="00226F36" w:rsidRDefault="00FD266E">
      <w:pPr>
        <w:spacing w:before="180" w:after="80"/>
        <w:jc w:val="center"/>
      </w:pPr>
      <w:r>
        <w:rPr>
          <w:b/>
          <w:sz w:val="22"/>
        </w:rPr>
        <w:t>МОДУЛЬ «САМОУПРАВЛЕНИЕ»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Выбор актива класса и распределение возрастосообразных поручений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 2026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Классные советы дела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Перед коллективными творческими делами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Банк детских инициатив «Предлагаю школе»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:rsidR="00226F36" w:rsidRPr="00723AA1" w:rsidRDefault="00E039B3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Советник директора по восп. раб.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Творческие, экологические и спортивные группы для подготовки мероприятий</w:t>
            </w:r>
          </w:p>
        </w:tc>
        <w:tc>
          <w:tcPr>
            <w:tcW w:w="765" w:type="dxa"/>
            <w:vAlign w:val="center"/>
          </w:tcPr>
          <w:p w:rsidR="00226F36" w:rsidRPr="00E039B3" w:rsidRDefault="00FD266E">
            <w:pPr>
              <w:jc w:val="center"/>
              <w:rPr>
                <w:lang w:val="ru-RU"/>
              </w:rPr>
            </w:pPr>
            <w:r w:rsidRPr="00E039B3">
              <w:rPr>
                <w:sz w:val="16"/>
                <w:lang w:val="ru-RU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E039B3" w:rsidRDefault="00FD266E">
            <w:pPr>
              <w:jc w:val="center"/>
              <w:rPr>
                <w:lang w:val="ru-RU"/>
              </w:rPr>
            </w:pPr>
            <w:r w:rsidRPr="00E039B3">
              <w:rPr>
                <w:sz w:val="16"/>
                <w:lang w:val="ru-RU"/>
              </w:rPr>
              <w:t>По мере подготовки дел</w:t>
            </w:r>
          </w:p>
        </w:tc>
        <w:tc>
          <w:tcPr>
            <w:tcW w:w="2580" w:type="dxa"/>
            <w:vAlign w:val="center"/>
          </w:tcPr>
          <w:p w:rsidR="00226F36" w:rsidRDefault="00FD266E">
            <w:r w:rsidRPr="00E039B3">
              <w:rPr>
                <w:sz w:val="16"/>
                <w:lang w:val="ru-RU"/>
              </w:rPr>
              <w:t>Классные руководители; пед</w:t>
            </w:r>
            <w:r>
              <w:rPr>
                <w:sz w:val="16"/>
              </w:rPr>
              <w:t>агог-организатор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Рефлексивные круги по итогам общих дел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После коллективных мероприятий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Итоговый слёт активов начальной школы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Май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Советник дире</w:t>
            </w:r>
            <w:r w:rsidR="00E039B3">
              <w:rPr>
                <w:sz w:val="16"/>
                <w:lang w:val="ru-RU"/>
              </w:rPr>
              <w:t xml:space="preserve">ктора по восп. раб. </w:t>
            </w:r>
          </w:p>
        </w:tc>
      </w:tr>
    </w:tbl>
    <w:p w:rsidR="00226F36" w:rsidRPr="00723AA1" w:rsidRDefault="00226F36">
      <w:pPr>
        <w:spacing w:after="0"/>
        <w:rPr>
          <w:lang w:val="ru-RU"/>
        </w:rPr>
      </w:pPr>
    </w:p>
    <w:p w:rsidR="00226F36" w:rsidRPr="00E039B3" w:rsidRDefault="00FD266E">
      <w:pPr>
        <w:spacing w:before="180" w:after="80"/>
        <w:jc w:val="center"/>
        <w:rPr>
          <w:lang w:val="ru-RU"/>
        </w:rPr>
      </w:pPr>
      <w:r w:rsidRPr="00E039B3">
        <w:rPr>
          <w:b/>
          <w:sz w:val="22"/>
          <w:lang w:val="ru-RU"/>
        </w:rPr>
        <w:t>МОДУЛЬ «ПРОФИЛАКТИКА И БЕЗОПАСНОСТЬ»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 w:rsidRPr="00E039B3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Pr="00E039B3" w:rsidRDefault="00FD266E">
            <w:pPr>
              <w:jc w:val="center"/>
              <w:rPr>
                <w:lang w:val="ru-RU"/>
              </w:rPr>
            </w:pPr>
            <w:r w:rsidRPr="00E039B3">
              <w:rPr>
                <w:b/>
                <w:sz w:val="17"/>
                <w:lang w:val="ru-RU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Pr="00E039B3" w:rsidRDefault="00FD266E">
            <w:pPr>
              <w:jc w:val="center"/>
              <w:rPr>
                <w:lang w:val="ru-RU"/>
              </w:rPr>
            </w:pPr>
            <w:r w:rsidRPr="00E039B3">
              <w:rPr>
                <w:b/>
                <w:sz w:val="17"/>
                <w:lang w:val="ru-RU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Pr="00E039B3" w:rsidRDefault="00FD266E">
            <w:pPr>
              <w:jc w:val="center"/>
              <w:rPr>
                <w:lang w:val="ru-RU"/>
              </w:rPr>
            </w:pPr>
            <w:r w:rsidRPr="00E039B3">
              <w:rPr>
                <w:b/>
                <w:sz w:val="17"/>
                <w:lang w:val="ru-RU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Pr="00E039B3" w:rsidRDefault="00FD266E">
            <w:pPr>
              <w:jc w:val="center"/>
              <w:rPr>
                <w:lang w:val="ru-RU"/>
              </w:rPr>
            </w:pPr>
            <w:r w:rsidRPr="00E039B3">
              <w:rPr>
                <w:b/>
                <w:sz w:val="17"/>
                <w:lang w:val="ru-RU"/>
              </w:rPr>
              <w:t>Ответственные исполнители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Практическое занятие «Безопасный маршрут: дом — школа — дом»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 2026 года; январь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Классные руководители; представитель Госавтоинспекции — по согласованию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Неделя безопасности дорожного движения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 2026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 xml:space="preserve">Ответственный за комплексную безопасность; классные </w:t>
            </w:r>
            <w:r w:rsidR="00E039B3">
              <w:rPr>
                <w:sz w:val="16"/>
                <w:lang w:val="ru-RU"/>
              </w:rPr>
              <w:t>руков.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lastRenderedPageBreak/>
              <w:t>Тренировочные эвакуации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утверждённому графику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Ответственный за комплексную безопасность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Практикум «Пожарная безопасность и номер 112»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Ответственный за комплексную б</w:t>
            </w:r>
            <w:r w:rsidR="00E039B3">
              <w:rPr>
                <w:sz w:val="16"/>
                <w:lang w:val="ru-RU"/>
              </w:rPr>
              <w:t>езопасность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Занятия «Осторожно: тонкий лёд» и «Безопасность у воды»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Ноябрь 2026 года; май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Классные руководители; ответственный за комплексную безопасность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Цикл «Безопасный интернет, персональные данные и цифровой след»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Октябрь 2026 года; февраль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Ответственный за информационную безопасность; 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Развивающие занятия по профилактике травли и формированию безопасной психологической среды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Октябрь 2026 года; февраль 2027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Педагог-психолог; социальный педагог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Практикум «Как действовать при обнаружении подозрительного предмета»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 2026 года; май 2027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Ответственный за комплексную безопасность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Железнодорожная безопасность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E039B3" w:rsidP="00E039B3">
            <w:r>
              <w:rPr>
                <w:sz w:val="16"/>
                <w:lang w:val="ru-RU"/>
              </w:rPr>
              <w:t xml:space="preserve">     А</w:t>
            </w:r>
            <w:r w:rsidR="00FD266E">
              <w:rPr>
                <w:sz w:val="16"/>
              </w:rPr>
              <w:t>прель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Классные руководители; представитель транспортной организации — по согласованию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Неделя здоровых привычек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E039B3">
            <w:pPr>
              <w:jc w:val="center"/>
            </w:pPr>
            <w:r>
              <w:rPr>
                <w:sz w:val="16"/>
              </w:rPr>
              <w:t>М</w:t>
            </w:r>
            <w:r w:rsidR="00FD266E">
              <w:rPr>
                <w:sz w:val="16"/>
              </w:rPr>
              <w:t>арт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Педагог-психолог; учитель физической культуры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Инструктажи перед каникулами и выездными мероприятиями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Перед каждыми каникулами и выездом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Информационная встреча «К кому обратиться за помощью»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Педагог-психолог; социальный педагог</w:t>
            </w:r>
          </w:p>
        </w:tc>
      </w:tr>
    </w:tbl>
    <w:p w:rsidR="00226F36" w:rsidRDefault="00226F36">
      <w:pPr>
        <w:spacing w:after="0"/>
      </w:pPr>
    </w:p>
    <w:p w:rsidR="00226F36" w:rsidRDefault="00FD266E">
      <w:pPr>
        <w:spacing w:before="180" w:after="80"/>
        <w:jc w:val="center"/>
      </w:pPr>
      <w:r>
        <w:rPr>
          <w:b/>
          <w:sz w:val="22"/>
        </w:rPr>
        <w:t>МОДУЛЬ «СОЦИАЛЬНОЕ ПАРТНЁРСТВО»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Совместный чита</w:t>
            </w:r>
            <w:r w:rsidR="00E039B3">
              <w:rPr>
                <w:sz w:val="16"/>
                <w:lang w:val="ru-RU"/>
              </w:rPr>
              <w:t xml:space="preserve">тельский проект с сельской </w:t>
            </w:r>
            <w:r w:rsidRPr="00723AA1">
              <w:rPr>
                <w:sz w:val="16"/>
                <w:lang w:val="ru-RU"/>
              </w:rPr>
              <w:t>библиотекой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В течение учебного года по согласованному плану</w:t>
            </w:r>
          </w:p>
        </w:tc>
        <w:tc>
          <w:tcPr>
            <w:tcW w:w="2580" w:type="dxa"/>
            <w:vAlign w:val="center"/>
          </w:tcPr>
          <w:p w:rsidR="00226F36" w:rsidRPr="00723AA1" w:rsidRDefault="00E039B3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Библиотекарь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Экскурсионные и образовательные программы краеведческого музея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Ноябрь 2026 года; апрель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Классные руководители; сотрудники музея — по согласованию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Встречи с сотрудниками МЧС и Госавтоинспекции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согласованному графику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Ответственный за комплексную безопасность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Спортивные мастер-классы с тренерами детско-юношеской спортивной школы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Учитель физической культуры; тренеры — по согласованию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Проекты с учреждениями дополнительного образования и художественными школами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плану партнёров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Педагог-организатор; представители организаций — по согласованию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Профориентационные встречи с родителями и представителями организаций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Классные руководители; приглашённые специалисты — по согласованию</w:t>
            </w:r>
          </w:p>
        </w:tc>
      </w:tr>
    </w:tbl>
    <w:p w:rsidR="00226F36" w:rsidRPr="00723AA1" w:rsidRDefault="00226F36">
      <w:pPr>
        <w:spacing w:after="0"/>
        <w:rPr>
          <w:lang w:val="ru-RU"/>
        </w:rPr>
      </w:pPr>
    </w:p>
    <w:p w:rsidR="00226F36" w:rsidRDefault="00FD266E">
      <w:pPr>
        <w:spacing w:before="180" w:after="80"/>
        <w:jc w:val="center"/>
      </w:pPr>
      <w:r>
        <w:rPr>
          <w:b/>
          <w:sz w:val="22"/>
        </w:rPr>
        <w:t>МОДУЛЬ «ПРОФОРИЕНТАЦИЯ»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Игровой цикл «Профессии вокруг нас»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1–2</w:t>
            </w:r>
          </w:p>
        </w:tc>
        <w:tc>
          <w:tcPr>
            <w:tcW w:w="1928" w:type="dxa"/>
            <w:vAlign w:val="center"/>
          </w:tcPr>
          <w:p w:rsidR="00226F36" w:rsidRDefault="00E039B3">
            <w:pPr>
              <w:jc w:val="center"/>
            </w:pPr>
            <w:r>
              <w:rPr>
                <w:sz w:val="16"/>
              </w:rPr>
              <w:t>Один раз в четверть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Курс-путешествие «Мир профессий»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E039B3">
            <w:pPr>
              <w:jc w:val="center"/>
            </w:pPr>
            <w:r>
              <w:rPr>
                <w:sz w:val="16"/>
              </w:rPr>
              <w:t>Один раз</w:t>
            </w:r>
            <w:r w:rsidR="00FD266E">
              <w:rPr>
                <w:sz w:val="16"/>
              </w:rPr>
              <w:t xml:space="preserve"> в четверть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Встречи «Профессии моей семьи»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Классные руководители; родители — по согласованию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Виртуальные экскурсии «Как работают люди разных профессий»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Один раз в четверть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Творческий проект «Кем я хочу стать»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1–2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Февраль–март 2027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Мини-проект «Профессии будущего»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Март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Классные</w:t>
            </w:r>
            <w:r w:rsidR="00E039B3">
              <w:rPr>
                <w:sz w:val="16"/>
                <w:lang w:val="ru-RU"/>
              </w:rPr>
              <w:t xml:space="preserve">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Профориентационный квест «Город мастеров»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Апрель 2027 года</w:t>
            </w:r>
          </w:p>
        </w:tc>
        <w:tc>
          <w:tcPr>
            <w:tcW w:w="2580" w:type="dxa"/>
            <w:vAlign w:val="center"/>
          </w:tcPr>
          <w:p w:rsidR="00226F36" w:rsidRDefault="00E039B3">
            <w:r>
              <w:rPr>
                <w:sz w:val="16"/>
              </w:rPr>
              <w:t>П</w:t>
            </w:r>
            <w:r w:rsidR="00FD266E">
              <w:rPr>
                <w:sz w:val="16"/>
              </w:rPr>
              <w:t>едагог-психолог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Экскурсия на предприятие или в организацию родного населённого пункта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Один раз в учебном году, по согласованию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Классные руководители; представители организации — по согласованию</w:t>
            </w:r>
          </w:p>
        </w:tc>
      </w:tr>
    </w:tbl>
    <w:p w:rsidR="00226F36" w:rsidRPr="00723AA1" w:rsidRDefault="00226F36">
      <w:pPr>
        <w:spacing w:after="0"/>
        <w:rPr>
          <w:lang w:val="ru-RU"/>
        </w:rPr>
      </w:pPr>
    </w:p>
    <w:p w:rsidR="00226F36" w:rsidRPr="00723AA1" w:rsidRDefault="00FD266E">
      <w:pPr>
        <w:spacing w:before="180" w:after="80"/>
        <w:jc w:val="center"/>
        <w:rPr>
          <w:lang w:val="ru-RU"/>
        </w:rPr>
      </w:pPr>
      <w:r w:rsidRPr="00723AA1">
        <w:rPr>
          <w:b/>
          <w:sz w:val="22"/>
          <w:lang w:val="ru-RU"/>
        </w:rPr>
        <w:t>ВАРИАТИВНЫЙ МОДУЛЬ «ДЕТСКИЕ ОБЩЕСТВЕННЫЕ ОБЪЕДИНЕНИЯ»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Реализация программы «Орлята России»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В течение учебного года по программе</w:t>
            </w:r>
          </w:p>
        </w:tc>
        <w:tc>
          <w:tcPr>
            <w:tcW w:w="2580" w:type="dxa"/>
            <w:vAlign w:val="center"/>
          </w:tcPr>
          <w:p w:rsidR="00226F36" w:rsidRPr="00723AA1" w:rsidRDefault="00E70030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С</w:t>
            </w:r>
            <w:r w:rsidR="00FD266E" w:rsidRPr="00723AA1">
              <w:rPr>
                <w:sz w:val="16"/>
                <w:lang w:val="ru-RU"/>
              </w:rPr>
              <w:t>оветник директора п</w:t>
            </w:r>
            <w:r>
              <w:rPr>
                <w:sz w:val="16"/>
                <w:lang w:val="ru-RU"/>
              </w:rPr>
              <w:t>о восп. раб.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lastRenderedPageBreak/>
              <w:t>Торжественное открытие треков программы «Орлята России»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Сентябрь–октябрь 2026 года, по методическим материалам программы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Советник директора по во</w:t>
            </w:r>
            <w:r w:rsidR="00E70030">
              <w:rPr>
                <w:sz w:val="16"/>
                <w:lang w:val="ru-RU"/>
              </w:rPr>
              <w:t>сп. раб.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Участие в деятельности первичного отделения Движения Первых на добровольной основе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В течение учебного года, по плану первичного отделения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Советник директора по во</w:t>
            </w:r>
            <w:r w:rsidR="00E70030">
              <w:rPr>
                <w:sz w:val="16"/>
                <w:lang w:val="ru-RU"/>
              </w:rPr>
              <w:t>сп. раб.; рук. «Движения Первых»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Акция «Спасибо учителю»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:rsidR="00226F36" w:rsidRPr="00723AA1" w:rsidRDefault="00E70030">
            <w:pPr>
              <w:rPr>
                <w:lang w:val="ru-RU"/>
              </w:rPr>
            </w:pPr>
            <w:r w:rsidRPr="00E70030">
              <w:rPr>
                <w:sz w:val="16"/>
                <w:lang w:val="ru-RU"/>
              </w:rPr>
              <w:t>Советник директора по восп. раб.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Фестиваль национальных культур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Ноябрь 2026 года</w:t>
            </w:r>
          </w:p>
        </w:tc>
        <w:tc>
          <w:tcPr>
            <w:tcW w:w="2580" w:type="dxa"/>
            <w:vAlign w:val="center"/>
          </w:tcPr>
          <w:p w:rsidR="00226F36" w:rsidRPr="00723AA1" w:rsidRDefault="00E70030">
            <w:pPr>
              <w:rPr>
                <w:lang w:val="ru-RU"/>
              </w:rPr>
            </w:pPr>
            <w:r w:rsidRPr="00E70030">
              <w:rPr>
                <w:sz w:val="16"/>
                <w:lang w:val="ru-RU"/>
              </w:rPr>
              <w:t>Советник директора по восп. раб.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День добрых дел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По календарю Движения Первых или отдельному плану школы</w:t>
            </w:r>
          </w:p>
        </w:tc>
        <w:tc>
          <w:tcPr>
            <w:tcW w:w="2580" w:type="dxa"/>
            <w:vAlign w:val="center"/>
          </w:tcPr>
          <w:p w:rsidR="00226F36" w:rsidRPr="00723AA1" w:rsidRDefault="00E70030">
            <w:pPr>
              <w:rPr>
                <w:lang w:val="ru-RU"/>
              </w:rPr>
            </w:pPr>
            <w:r w:rsidRPr="00E70030">
              <w:rPr>
                <w:sz w:val="16"/>
                <w:lang w:val="ru-RU"/>
              </w:rPr>
              <w:t>Советник директора по восп. раб.; рук. «Движения Первых»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Итоговая встреча активистов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Май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E70030">
            <w:pPr>
              <w:rPr>
                <w:lang w:val="ru-RU"/>
              </w:rPr>
            </w:pPr>
            <w:r w:rsidRPr="00E70030">
              <w:rPr>
                <w:sz w:val="16"/>
                <w:lang w:val="ru-RU"/>
              </w:rPr>
              <w:t>Советник директора по восп. раб.</w:t>
            </w:r>
          </w:p>
        </w:tc>
      </w:tr>
    </w:tbl>
    <w:p w:rsidR="00226F36" w:rsidRPr="00723AA1" w:rsidRDefault="00226F36">
      <w:pPr>
        <w:spacing w:after="0"/>
        <w:rPr>
          <w:lang w:val="ru-RU"/>
        </w:rPr>
      </w:pPr>
    </w:p>
    <w:p w:rsidR="00226F36" w:rsidRPr="00954638" w:rsidRDefault="00226F36">
      <w:pPr>
        <w:spacing w:after="0"/>
        <w:rPr>
          <w:lang w:val="ru-RU"/>
        </w:rPr>
      </w:pPr>
    </w:p>
    <w:p w:rsidR="00226F36" w:rsidRDefault="00FD266E">
      <w:pPr>
        <w:spacing w:before="180" w:after="80"/>
        <w:jc w:val="center"/>
      </w:pPr>
      <w:r>
        <w:rPr>
          <w:b/>
          <w:sz w:val="22"/>
        </w:rPr>
        <w:t>ВАРИАТИВНЫЙ МОДУЛЬ «ЭКСКУРСИИ, ПОХОДЫ»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Прогулка-наблюдение «Осень в родном крае»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1–2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Сентябрь–октябрь 2026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Учителя начальных классов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Экскурсия в библиотеку «Царство книг»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1–3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Школьный библиотекарь; классные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Экскурсия в краеведческий музей «История родного края»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Ноябрь 2026 года или апрель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Классные руководители; музейные работники — по согласованию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Экскурсия в пожарно-спасательное подразделение «Профессия — спасатель»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По согласованию, один раз в учебном году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Ответственный за комплексную безопасность; классные руководители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Виртуальная экскурсия по музеям России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Январь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Учителя начальных классов; школьный библиотекарь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Краеведческая прогулка «Улицы нашего населённого пункта»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Апрель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Учителя начальных классов; руководите</w:t>
            </w:r>
            <w:r w:rsidR="00E70030">
              <w:rPr>
                <w:sz w:val="16"/>
                <w:lang w:val="ru-RU"/>
              </w:rPr>
              <w:t xml:space="preserve">ль школьного музея 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Экологическая тропа «Пробуждение природы»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Апрель–май 2027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Учителя начальных классов</w:t>
            </w:r>
          </w:p>
        </w:tc>
      </w:tr>
    </w:tbl>
    <w:p w:rsidR="00226F36" w:rsidRPr="00723AA1" w:rsidRDefault="00226F36">
      <w:pPr>
        <w:spacing w:after="0"/>
        <w:rPr>
          <w:lang w:val="ru-RU"/>
        </w:rPr>
      </w:pPr>
    </w:p>
    <w:p w:rsidR="00226F36" w:rsidRDefault="00226F36">
      <w:pPr>
        <w:spacing w:after="0"/>
      </w:pPr>
    </w:p>
    <w:p w:rsidR="00226F36" w:rsidRDefault="00FD266E">
      <w:pPr>
        <w:spacing w:before="180" w:after="80"/>
        <w:jc w:val="center"/>
      </w:pPr>
      <w:r>
        <w:rPr>
          <w:b/>
          <w:sz w:val="22"/>
        </w:rPr>
        <w:t>ВАРИАТИВНЫЙ МОДУЛЬ «ТРУДОВАЯ ДЕЯТЕЛЬНОСТЬ»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Беседа-практикум «Почему труд важен»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1–2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 2026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Проект «Профессии моей семьи»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Творческие мастерские с природными материалами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Сентябрь–октябрь 2026 года</w:t>
            </w:r>
          </w:p>
        </w:tc>
        <w:tc>
          <w:tcPr>
            <w:tcW w:w="2580" w:type="dxa"/>
            <w:vAlign w:val="center"/>
          </w:tcPr>
          <w:p w:rsidR="00226F36" w:rsidRPr="00723AA1" w:rsidRDefault="005E7A32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У</w:t>
            </w:r>
            <w:r w:rsidR="00FD266E" w:rsidRPr="00723AA1">
              <w:rPr>
                <w:sz w:val="16"/>
                <w:lang w:val="ru-RU"/>
              </w:rPr>
              <w:t>ч</w:t>
            </w:r>
            <w:r>
              <w:rPr>
                <w:sz w:val="16"/>
                <w:lang w:val="ru-RU"/>
              </w:rPr>
              <w:t>итель труда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Изготовление закладок, открыток, кормушек и других полезных изделий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Ноябрь–декабрь 2026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Учителя нача</w:t>
            </w:r>
            <w:r w:rsidR="005E7A32">
              <w:rPr>
                <w:sz w:val="16"/>
                <w:lang w:val="ru-RU"/>
              </w:rPr>
              <w:t>льных классов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Поддержание порядка на личном рабочем месте и уход за комнатными растениями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5E7A32">
            <w:pPr>
              <w:jc w:val="center"/>
              <w:rPr>
                <w:lang w:val="ru-RU"/>
              </w:rPr>
            </w:pPr>
            <w:r>
              <w:rPr>
                <w:sz w:val="16"/>
                <w:lang w:val="ru-RU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Экологическая акция «Зелёный школьный двор»: посадка и уход за растениями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Апрель–май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Учителя начальных класс</w:t>
            </w:r>
            <w:r w:rsidR="005E7A32">
              <w:rPr>
                <w:sz w:val="16"/>
                <w:lang w:val="ru-RU"/>
              </w:rPr>
              <w:t>ов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Выставка «Сделано своими руками»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Март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5E7A32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Учитель труда</w:t>
            </w:r>
          </w:p>
        </w:tc>
      </w:tr>
    </w:tbl>
    <w:p w:rsidR="00226F36" w:rsidRPr="00723AA1" w:rsidRDefault="00226F36">
      <w:pPr>
        <w:spacing w:after="0"/>
        <w:rPr>
          <w:lang w:val="ru-RU"/>
        </w:rPr>
      </w:pPr>
    </w:p>
    <w:p w:rsidR="00226F36" w:rsidRPr="00723AA1" w:rsidRDefault="00FD266E">
      <w:pPr>
        <w:spacing w:before="180" w:after="80"/>
        <w:jc w:val="center"/>
        <w:rPr>
          <w:lang w:val="ru-RU"/>
        </w:rPr>
      </w:pPr>
      <w:r w:rsidRPr="00723AA1">
        <w:rPr>
          <w:b/>
          <w:sz w:val="22"/>
          <w:lang w:val="ru-RU"/>
        </w:rPr>
        <w:t>ВАРИАТИВНЫЙ МОДУЛ</w:t>
      </w:r>
      <w:r w:rsidR="005E7A32">
        <w:rPr>
          <w:b/>
          <w:sz w:val="22"/>
          <w:lang w:val="ru-RU"/>
        </w:rPr>
        <w:t xml:space="preserve">Ь «ШКОЛЬНЫЙ ТЕАТР» 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Набор и организационные встречи театральной студии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 2026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Руководитель школьного театра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Основы актёрского мастерства и сценической речи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Еженедельно по расписанию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Руководитель школьного театра; педагог дополнительного образования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Выбор репертуара на основе сказок и произведений народов России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Руководитель школьного театра; учителя начальных классов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Подготовка и показ зимней постановки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Ноябрь–декабрь 2026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Руководитель школьного театра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Театральная постановка к весеннему празднику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Март 2027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Руководитель школьного театра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Школьный театральный фестиваль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Апрель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5E7A32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Р</w:t>
            </w:r>
            <w:r w:rsidR="00FD266E" w:rsidRPr="00723AA1">
              <w:rPr>
                <w:sz w:val="16"/>
                <w:lang w:val="ru-RU"/>
              </w:rPr>
              <w:t>уководитель школьного театра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Участие в муниципальном театральном конкурсе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календарю организаторов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Руководитель школьного театра</w:t>
            </w:r>
          </w:p>
        </w:tc>
      </w:tr>
    </w:tbl>
    <w:p w:rsidR="00226F36" w:rsidRDefault="00226F36">
      <w:pPr>
        <w:spacing w:after="0"/>
      </w:pPr>
    </w:p>
    <w:p w:rsidR="00226F36" w:rsidRPr="00723AA1" w:rsidRDefault="00FD266E">
      <w:pPr>
        <w:spacing w:before="180" w:after="80"/>
        <w:jc w:val="center"/>
        <w:rPr>
          <w:lang w:val="ru-RU"/>
        </w:rPr>
      </w:pPr>
      <w:r w:rsidRPr="00723AA1">
        <w:rPr>
          <w:b/>
          <w:sz w:val="22"/>
          <w:lang w:val="ru-RU"/>
        </w:rPr>
        <w:t>ВАРИАТИВНЫЙ МОДУЛЬ «ШКОЛЬНЫЙ МУЗЕЙ» (ПРИ НАЛИЧИИ)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Обзорная экскурсия «Знакомство с нашим музеем»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 2026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Руководитель школьного музея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Тематическая экскурсия «История нашей школы»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Октябрь 2026 года; март 2027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Руководитель школьного музея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Выставка «Старые школьные принадлежности»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Декабрь 2026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Руководитель школьного музея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Проект «История одной семейной реликвии»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Январь–март 2027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Руководитель школьного музея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Выставка «Великая Отечественная война в семейных архивах»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Апрель–май 2027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Руководитель школьного музея</w:t>
            </w:r>
          </w:p>
        </w:tc>
      </w:tr>
    </w:tbl>
    <w:p w:rsidR="00226F36" w:rsidRDefault="00226F36">
      <w:pPr>
        <w:spacing w:after="0"/>
      </w:pPr>
    </w:p>
    <w:p w:rsidR="00226F36" w:rsidRPr="00723AA1" w:rsidRDefault="00FD266E">
      <w:pPr>
        <w:spacing w:before="180" w:after="80"/>
        <w:jc w:val="center"/>
        <w:rPr>
          <w:lang w:val="ru-RU"/>
        </w:rPr>
      </w:pPr>
      <w:r w:rsidRPr="00723AA1">
        <w:rPr>
          <w:b/>
          <w:sz w:val="22"/>
          <w:lang w:val="ru-RU"/>
        </w:rPr>
        <w:t>ВАРИАТИВНЫЙ МОДУЛЬ «ДОБРОВОЛЬЧЕСКАЯ ДЕЯТЕЛЬНОСТЬ (ВОЛОНТЁРСТВО)»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Акция</w:t>
            </w:r>
            <w:r w:rsidR="005E7A32">
              <w:rPr>
                <w:sz w:val="16"/>
                <w:lang w:val="ru-RU"/>
              </w:rPr>
              <w:t xml:space="preserve"> заботы о животных 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5E7A32">
            <w:pPr>
              <w:jc w:val="center"/>
            </w:pPr>
            <w:r>
              <w:rPr>
                <w:sz w:val="16"/>
              </w:rPr>
              <w:t>М</w:t>
            </w:r>
            <w:r w:rsidR="00FD266E">
              <w:rPr>
                <w:sz w:val="16"/>
              </w:rPr>
              <w:t>арт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5E7A32">
            <w:pPr>
              <w:rPr>
                <w:lang w:val="ru-RU"/>
              </w:rPr>
            </w:pPr>
            <w:r w:rsidRPr="005E7A32">
              <w:rPr>
                <w:sz w:val="16"/>
                <w:lang w:val="ru-RU"/>
              </w:rPr>
              <w:t>Советник директора по восп. раб.; рук. «Движения Первых»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Экологическая акция по раздельному сбору макулатуры и безопасного вторичного сырья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5E7A32">
            <w:pPr>
              <w:jc w:val="center"/>
            </w:pPr>
            <w:r>
              <w:rPr>
                <w:sz w:val="16"/>
              </w:rPr>
              <w:t>Один раз в год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Классные руководите</w:t>
            </w:r>
            <w:r w:rsidR="005E7A32">
              <w:rPr>
                <w:sz w:val="16"/>
                <w:lang w:val="ru-RU"/>
              </w:rPr>
              <w:t>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Творческая акция «Открытка добра» для пожилых людей и ветеранов педагогического труда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 xml:space="preserve">Октябрь </w:t>
            </w:r>
            <w:r w:rsidR="005E7A32">
              <w:rPr>
                <w:sz w:val="16"/>
                <w:lang w:val="ru-RU"/>
              </w:rPr>
              <w:t>2026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</w:t>
            </w:r>
            <w:r w:rsidR="005E7A32">
              <w:rPr>
                <w:sz w:val="16"/>
              </w:rPr>
              <w:t>уководители</w:t>
            </w:r>
          </w:p>
        </w:tc>
      </w:tr>
      <w:tr w:rsidR="00226F36" w:rsidRPr="00723AA1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День добрых дел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календарю организаторов</w:t>
            </w:r>
          </w:p>
        </w:tc>
        <w:tc>
          <w:tcPr>
            <w:tcW w:w="2580" w:type="dxa"/>
            <w:vAlign w:val="center"/>
          </w:tcPr>
          <w:p w:rsidR="00226F36" w:rsidRPr="00723AA1" w:rsidRDefault="005E7A32">
            <w:pPr>
              <w:rPr>
                <w:lang w:val="ru-RU"/>
              </w:rPr>
            </w:pPr>
            <w:r w:rsidRPr="005E7A32">
              <w:rPr>
                <w:sz w:val="16"/>
                <w:lang w:val="ru-RU"/>
              </w:rPr>
              <w:t>Советник директора по восп. раб.; рук. «Движения Первых»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Итоговая встреча «Маленькие дела — большая помощь»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Май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5E7A32">
            <w:pPr>
              <w:rPr>
                <w:lang w:val="ru-RU"/>
              </w:rPr>
            </w:pPr>
            <w:r w:rsidRPr="005E7A32">
              <w:rPr>
                <w:sz w:val="16"/>
                <w:lang w:val="ru-RU"/>
              </w:rPr>
              <w:t>Советник директора по восп. ра</w:t>
            </w:r>
            <w:r>
              <w:rPr>
                <w:sz w:val="16"/>
                <w:lang w:val="ru-RU"/>
              </w:rPr>
              <w:t>б.</w:t>
            </w:r>
          </w:p>
        </w:tc>
      </w:tr>
    </w:tbl>
    <w:p w:rsidR="00226F36" w:rsidRPr="00723AA1" w:rsidRDefault="00226F36">
      <w:pPr>
        <w:spacing w:after="0"/>
        <w:rPr>
          <w:lang w:val="ru-RU"/>
        </w:rPr>
      </w:pPr>
    </w:p>
    <w:p w:rsidR="00226F36" w:rsidRPr="00723AA1" w:rsidRDefault="00FD266E">
      <w:pPr>
        <w:spacing w:before="180" w:after="80"/>
        <w:jc w:val="center"/>
        <w:rPr>
          <w:lang w:val="ru-RU"/>
        </w:rPr>
      </w:pPr>
      <w:r w:rsidRPr="00723AA1">
        <w:rPr>
          <w:b/>
          <w:sz w:val="22"/>
          <w:lang w:val="ru-RU"/>
        </w:rPr>
        <w:t>ВАРИАТИВНЫЙ МОДУЛЬ «ШКОЛЬНЫ</w:t>
      </w:r>
      <w:r w:rsidR="005E7A32">
        <w:rPr>
          <w:b/>
          <w:sz w:val="22"/>
          <w:lang w:val="ru-RU"/>
        </w:rPr>
        <w:t xml:space="preserve">Е СПОРТИВНЫЕ КЛУБЫ» 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Работа спортивных секций школьного спортивного клуба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В течение учебного года по расписанию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Руководитель школьного спортивного клуба; учитель физической культуры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День здоровья «Движение — это жизнь»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Сентябрь 2026 года; апрель 2027 года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Учитель физической культуры; 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Default="00FD266E">
            <w:r>
              <w:rPr>
                <w:sz w:val="16"/>
              </w:rPr>
              <w:t>«Весёлые старты»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Один раз в</w:t>
            </w:r>
            <w:r w:rsidR="005E7A32">
              <w:rPr>
                <w:sz w:val="16"/>
                <w:lang w:val="ru-RU"/>
              </w:rPr>
              <w:t xml:space="preserve"> полугодие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Учитель физической культуры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Подготовка и участие в мероприятиях комплекса ГТО с учётом возраста и медицинского допуска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Апрель–май 2027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Учитель физической культуры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Спортивные мастер-классы с приглашёнными тренерами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Учитель физической культуры; тренеры — по согласованию</w:t>
            </w:r>
          </w:p>
        </w:tc>
      </w:tr>
    </w:tbl>
    <w:p w:rsidR="00226F36" w:rsidRPr="00723AA1" w:rsidRDefault="00226F36">
      <w:pPr>
        <w:spacing w:after="0"/>
        <w:rPr>
          <w:lang w:val="ru-RU"/>
        </w:rPr>
      </w:pPr>
    </w:p>
    <w:p w:rsidR="00226F36" w:rsidRDefault="00FD266E">
      <w:pPr>
        <w:spacing w:before="180" w:after="80"/>
        <w:jc w:val="center"/>
      </w:pPr>
      <w:r>
        <w:rPr>
          <w:b/>
          <w:sz w:val="22"/>
        </w:rPr>
        <w:t>ВАРИАТИВНЫЙ МОДУЛЬ «НАСТАВНИЧЕСТВО»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226F36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226F36" w:rsidRDefault="00FD266E">
            <w:pPr>
              <w:jc w:val="center"/>
            </w:pPr>
            <w:r>
              <w:rPr>
                <w:b/>
                <w:sz w:val="17"/>
              </w:rPr>
              <w:t>Ответственные исполнители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Педагогическое наставничество в проектной и творческой деятельности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Учителя начальных классов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Программа взаимопомощи «Старшие помогают младшим»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Pr="00723AA1" w:rsidRDefault="00FD266E">
            <w:pPr>
              <w:jc w:val="center"/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В течение учебного г</w:t>
            </w:r>
            <w:r w:rsidR="0007529F">
              <w:rPr>
                <w:sz w:val="16"/>
                <w:lang w:val="ru-RU"/>
              </w:rPr>
              <w:t>ода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Классные руководители</w:t>
            </w:r>
          </w:p>
        </w:tc>
      </w:tr>
      <w:tr w:rsidR="00226F36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Индивидуальное наставническое сопровождение обучающихся, испытывающих трудности в социализации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1–4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По индивидуальному плану</w:t>
            </w:r>
          </w:p>
        </w:tc>
        <w:tc>
          <w:tcPr>
            <w:tcW w:w="2580" w:type="dxa"/>
            <w:vAlign w:val="center"/>
          </w:tcPr>
          <w:p w:rsidR="00226F36" w:rsidRDefault="00FD266E">
            <w:r>
              <w:rPr>
                <w:sz w:val="16"/>
              </w:rPr>
              <w:t>Социальный педагог; педагог-психолог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Наставничество в деятельности детских инициатив и школьных медиа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3–4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:rsidR="00226F36" w:rsidRPr="00723AA1" w:rsidRDefault="0007529F">
            <w:pPr>
              <w:rPr>
                <w:lang w:val="ru-RU"/>
              </w:rPr>
            </w:pPr>
            <w:r w:rsidRPr="0007529F">
              <w:rPr>
                <w:sz w:val="16"/>
                <w:lang w:val="ru-RU"/>
              </w:rPr>
              <w:t>Советник директора по восп. ра</w:t>
            </w:r>
            <w:r>
              <w:rPr>
                <w:sz w:val="16"/>
                <w:lang w:val="ru-RU"/>
              </w:rPr>
              <w:t>б.</w:t>
            </w:r>
          </w:p>
        </w:tc>
      </w:tr>
      <w:tr w:rsidR="00226F36" w:rsidRPr="00954638">
        <w:trPr>
          <w:jc w:val="center"/>
        </w:trPr>
        <w:tc>
          <w:tcPr>
            <w:tcW w:w="4592" w:type="dxa"/>
            <w:vAlign w:val="center"/>
          </w:tcPr>
          <w:p w:rsidR="00226F36" w:rsidRPr="00723AA1" w:rsidRDefault="00FD266E">
            <w:pPr>
              <w:rPr>
                <w:lang w:val="ru-RU"/>
              </w:rPr>
            </w:pPr>
            <w:r w:rsidRPr="00723AA1">
              <w:rPr>
                <w:sz w:val="16"/>
                <w:lang w:val="ru-RU"/>
              </w:rPr>
              <w:t>Итоговая встреча «Чему мы научились друг у друга»</w:t>
            </w:r>
          </w:p>
        </w:tc>
        <w:tc>
          <w:tcPr>
            <w:tcW w:w="765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2–4</w:t>
            </w:r>
          </w:p>
        </w:tc>
        <w:tc>
          <w:tcPr>
            <w:tcW w:w="1928" w:type="dxa"/>
            <w:vAlign w:val="center"/>
          </w:tcPr>
          <w:p w:rsidR="00226F36" w:rsidRDefault="00FD266E">
            <w:pPr>
              <w:jc w:val="center"/>
            </w:pPr>
            <w:r>
              <w:rPr>
                <w:sz w:val="16"/>
              </w:rPr>
              <w:t>Май 2027 года</w:t>
            </w:r>
          </w:p>
        </w:tc>
        <w:tc>
          <w:tcPr>
            <w:tcW w:w="2580" w:type="dxa"/>
            <w:vAlign w:val="center"/>
          </w:tcPr>
          <w:p w:rsidR="00226F36" w:rsidRPr="0007529F" w:rsidRDefault="00FD266E">
            <w:pPr>
              <w:rPr>
                <w:lang w:val="ru-RU"/>
              </w:rPr>
            </w:pPr>
            <w:r w:rsidRPr="0007529F">
              <w:rPr>
                <w:sz w:val="16"/>
                <w:lang w:val="ru-RU"/>
              </w:rPr>
              <w:t>Классные р</w:t>
            </w:r>
            <w:r w:rsidR="0007529F" w:rsidRPr="0007529F">
              <w:rPr>
                <w:sz w:val="16"/>
                <w:lang w:val="ru-RU"/>
              </w:rPr>
              <w:t xml:space="preserve">уководители; советник директора по восп. </w:t>
            </w:r>
            <w:r w:rsidR="0007529F">
              <w:rPr>
                <w:sz w:val="16"/>
                <w:lang w:val="ru-RU"/>
              </w:rPr>
              <w:t>раб.</w:t>
            </w:r>
          </w:p>
        </w:tc>
      </w:tr>
    </w:tbl>
    <w:p w:rsidR="00226F36" w:rsidRPr="0007529F" w:rsidRDefault="00226F36">
      <w:pPr>
        <w:spacing w:after="0"/>
        <w:rPr>
          <w:lang w:val="ru-RU"/>
        </w:rPr>
      </w:pPr>
    </w:p>
    <w:p w:rsidR="00226F36" w:rsidRPr="00723AA1" w:rsidRDefault="00FD266E">
      <w:pPr>
        <w:pStyle w:val="1"/>
        <w:rPr>
          <w:lang w:val="ru-RU"/>
        </w:rPr>
      </w:pPr>
      <w:r w:rsidRPr="00723AA1">
        <w:rPr>
          <w:lang w:val="ru-RU"/>
        </w:rPr>
        <w:t>Организационные условия реализации календарного плана воспитательной работы</w:t>
      </w:r>
    </w:p>
    <w:p w:rsidR="00226F36" w:rsidRPr="00723AA1" w:rsidRDefault="00FD266E">
      <w:pPr>
        <w:ind w:left="340" w:hanging="340"/>
        <w:rPr>
          <w:lang w:val="ru-RU"/>
        </w:rPr>
      </w:pPr>
      <w:r w:rsidRPr="00723AA1">
        <w:rPr>
          <w:b/>
          <w:lang w:val="ru-RU"/>
        </w:rPr>
        <w:t xml:space="preserve">1. </w:t>
      </w:r>
      <w:r w:rsidRPr="00723AA1">
        <w:rPr>
          <w:lang w:val="ru-RU"/>
        </w:rPr>
        <w:t>План реализуется в соответствии с рабочей программой воспитания и календарным учебным графиком образовательной организации.</w:t>
      </w:r>
    </w:p>
    <w:p w:rsidR="00226F36" w:rsidRPr="00723AA1" w:rsidRDefault="00FD266E">
      <w:pPr>
        <w:ind w:left="340" w:hanging="340"/>
        <w:rPr>
          <w:lang w:val="ru-RU"/>
        </w:rPr>
      </w:pPr>
      <w:r w:rsidRPr="00723AA1">
        <w:rPr>
          <w:b/>
          <w:lang w:val="ru-RU"/>
        </w:rPr>
        <w:t xml:space="preserve">2. </w:t>
      </w:r>
      <w:r w:rsidRPr="00723AA1">
        <w:rPr>
          <w:lang w:val="ru-RU"/>
        </w:rPr>
        <w:t>Конкретные даты мероприятий могут уточняться отдельными приказами, графиками и планами.</w:t>
      </w:r>
    </w:p>
    <w:p w:rsidR="00226F36" w:rsidRPr="00723AA1" w:rsidRDefault="00FD266E">
      <w:pPr>
        <w:ind w:left="340" w:hanging="340"/>
        <w:rPr>
          <w:lang w:val="ru-RU"/>
        </w:rPr>
      </w:pPr>
      <w:r w:rsidRPr="00723AA1">
        <w:rPr>
          <w:b/>
          <w:lang w:val="ru-RU"/>
        </w:rPr>
        <w:lastRenderedPageBreak/>
        <w:t xml:space="preserve">3. </w:t>
      </w:r>
      <w:r w:rsidRPr="00723AA1">
        <w:rPr>
          <w:lang w:val="ru-RU"/>
        </w:rPr>
        <w:t>Мероприятия, приходящиеся на выходные и нерабочие праздничные дни, проводятся накануне, в ближайший учебный день либо в течение тематической недели.</w:t>
      </w:r>
    </w:p>
    <w:p w:rsidR="00226F36" w:rsidRPr="00723AA1" w:rsidRDefault="00FD266E">
      <w:pPr>
        <w:ind w:left="340" w:hanging="340"/>
        <w:rPr>
          <w:lang w:val="ru-RU"/>
        </w:rPr>
      </w:pPr>
      <w:r w:rsidRPr="00723AA1">
        <w:rPr>
          <w:b/>
          <w:lang w:val="ru-RU"/>
        </w:rPr>
        <w:t xml:space="preserve">4. </w:t>
      </w:r>
      <w:r w:rsidRPr="00723AA1">
        <w:rPr>
          <w:lang w:val="ru-RU"/>
        </w:rPr>
        <w:t>При проведении экскурсий, походов, соревнований и иных выездных мероприятий оформляются необходимые распорядительные документы, проводятся инструктажи и обеспечивается сопровождение.</w:t>
      </w:r>
    </w:p>
    <w:p w:rsidR="00226F36" w:rsidRPr="00723AA1" w:rsidRDefault="00FD266E">
      <w:pPr>
        <w:ind w:left="340" w:hanging="340"/>
        <w:rPr>
          <w:lang w:val="ru-RU"/>
        </w:rPr>
      </w:pPr>
      <w:r w:rsidRPr="00723AA1">
        <w:rPr>
          <w:b/>
          <w:lang w:val="ru-RU"/>
        </w:rPr>
        <w:t xml:space="preserve">5. </w:t>
      </w:r>
      <w:r w:rsidRPr="00723AA1">
        <w:rPr>
          <w:lang w:val="ru-RU"/>
        </w:rPr>
        <w:t>Обеспечивается соблюдение требований безопасности, охраны здоровья и санитарных требований.</w:t>
      </w:r>
    </w:p>
    <w:p w:rsidR="00226F36" w:rsidRPr="00723AA1" w:rsidRDefault="00FD266E">
      <w:pPr>
        <w:ind w:left="340" w:hanging="340"/>
        <w:rPr>
          <w:lang w:val="ru-RU"/>
        </w:rPr>
      </w:pPr>
      <w:r w:rsidRPr="00723AA1">
        <w:rPr>
          <w:b/>
          <w:lang w:val="ru-RU"/>
        </w:rPr>
        <w:t xml:space="preserve">6. </w:t>
      </w:r>
      <w:r w:rsidRPr="00723AA1">
        <w:rPr>
          <w:lang w:val="ru-RU"/>
        </w:rPr>
        <w:t>Участие родителей (законных представителей), социальных партнёров и приглашённых специалистов осуществляется добровольно и по согласованию.</w:t>
      </w:r>
    </w:p>
    <w:p w:rsidR="00226F36" w:rsidRPr="00723AA1" w:rsidRDefault="00FD266E">
      <w:pPr>
        <w:ind w:left="340" w:hanging="340"/>
        <w:rPr>
          <w:lang w:val="ru-RU"/>
        </w:rPr>
      </w:pPr>
      <w:r w:rsidRPr="00723AA1">
        <w:rPr>
          <w:b/>
          <w:lang w:val="ru-RU"/>
        </w:rPr>
        <w:t xml:space="preserve">7. </w:t>
      </w:r>
      <w:r w:rsidRPr="00723AA1">
        <w:rPr>
          <w:lang w:val="ru-RU"/>
        </w:rPr>
        <w:t>Учитываются возрастные, индивидуальные и особые образовательные потребности обучающихся. Для обучающихся с ОВЗ и инвалидностью создаются специальные условия.</w:t>
      </w:r>
    </w:p>
    <w:p w:rsidR="00226F36" w:rsidRPr="00723AA1" w:rsidRDefault="00FD266E">
      <w:pPr>
        <w:ind w:left="340" w:hanging="340"/>
        <w:rPr>
          <w:lang w:val="ru-RU"/>
        </w:rPr>
      </w:pPr>
      <w:r w:rsidRPr="00723AA1">
        <w:rPr>
          <w:b/>
          <w:lang w:val="ru-RU"/>
        </w:rPr>
        <w:t xml:space="preserve">8. </w:t>
      </w:r>
      <w:r w:rsidRPr="00723AA1">
        <w:rPr>
          <w:lang w:val="ru-RU"/>
        </w:rPr>
        <w:t>При создании и публикации фото-, аудио- и видеоматериалов соблюдаются требования законодательства о персональных данных, об охране изображения гражданина и локальные акты школы.</w:t>
      </w:r>
    </w:p>
    <w:p w:rsidR="00226F36" w:rsidRPr="00723AA1" w:rsidRDefault="00FD266E">
      <w:pPr>
        <w:ind w:left="340" w:hanging="340"/>
        <w:rPr>
          <w:lang w:val="ru-RU"/>
        </w:rPr>
      </w:pPr>
      <w:r w:rsidRPr="00723AA1">
        <w:rPr>
          <w:b/>
          <w:lang w:val="ru-RU"/>
        </w:rPr>
        <w:t xml:space="preserve">9. </w:t>
      </w:r>
      <w:r w:rsidRPr="00723AA1">
        <w:rPr>
          <w:lang w:val="ru-RU"/>
        </w:rPr>
        <w:t>Мероприятия календарного плана не должны приводить к превышению допустимой образовательной нагрузки.</w:t>
      </w:r>
    </w:p>
    <w:p w:rsidR="00226F36" w:rsidRPr="00723AA1" w:rsidRDefault="00FD266E">
      <w:pPr>
        <w:ind w:left="340" w:hanging="340"/>
        <w:rPr>
          <w:lang w:val="ru-RU"/>
        </w:rPr>
      </w:pPr>
      <w:r w:rsidRPr="00723AA1">
        <w:rPr>
          <w:b/>
          <w:lang w:val="ru-RU"/>
        </w:rPr>
        <w:t xml:space="preserve">10. </w:t>
      </w:r>
      <w:r w:rsidRPr="00723AA1">
        <w:rPr>
          <w:lang w:val="ru-RU"/>
        </w:rPr>
        <w:t>План может корректироваться в течение учебного года приказом директора с учётом изменений федеральных, региональных и муниципальных календарей, погодных условий, требований безопасности и фактических возможностей школы.</w:t>
      </w:r>
    </w:p>
    <w:p w:rsidR="00226F36" w:rsidRPr="00723AA1" w:rsidRDefault="00FD266E">
      <w:pPr>
        <w:ind w:left="340" w:hanging="340"/>
        <w:rPr>
          <w:lang w:val="ru-RU"/>
        </w:rPr>
      </w:pPr>
      <w:r w:rsidRPr="00723AA1">
        <w:rPr>
          <w:b/>
          <w:lang w:val="ru-RU"/>
        </w:rPr>
        <w:t xml:space="preserve">11. </w:t>
      </w:r>
      <w:r w:rsidRPr="00723AA1">
        <w:rPr>
          <w:lang w:val="ru-RU"/>
        </w:rPr>
        <w:t>Памятные, праздничные и юбилейные даты перед утверждением плана повторно сверяются с официальными источниками и календарём образовательных событий на 2026/2027 учебный год.</w:t>
      </w:r>
    </w:p>
    <w:p w:rsidR="00226F36" w:rsidRPr="00723AA1" w:rsidRDefault="00FD266E">
      <w:pPr>
        <w:ind w:left="340" w:hanging="340"/>
        <w:rPr>
          <w:lang w:val="ru-RU"/>
        </w:rPr>
      </w:pPr>
      <w:r w:rsidRPr="00723AA1">
        <w:rPr>
          <w:b/>
          <w:lang w:val="ru-RU"/>
        </w:rPr>
        <w:t xml:space="preserve">12. </w:t>
      </w:r>
      <w:r w:rsidRPr="00723AA1">
        <w:rPr>
          <w:lang w:val="ru-RU"/>
        </w:rPr>
        <w:t>После официального опубликования федерального календарного плана воспитательной работы на 2026/2027 учебный год план школы сопоставляется с ним и при необходимости корректируется.</w:t>
      </w:r>
    </w:p>
    <w:p w:rsidR="00226F36" w:rsidRPr="00723AA1" w:rsidRDefault="00226F36">
      <w:pPr>
        <w:rPr>
          <w:lang w:val="ru-RU"/>
        </w:rPr>
      </w:pPr>
    </w:p>
    <w:p w:rsidR="00226F36" w:rsidRPr="00723AA1" w:rsidRDefault="0007529F">
      <w:pPr>
        <w:rPr>
          <w:lang w:val="ru-RU"/>
        </w:rPr>
      </w:pPr>
      <w:r>
        <w:rPr>
          <w:lang w:val="ru-RU"/>
        </w:rPr>
        <w:t>Ответственный</w:t>
      </w:r>
      <w:r w:rsidR="00FD266E" w:rsidRPr="00723AA1">
        <w:rPr>
          <w:lang w:val="ru-RU"/>
        </w:rPr>
        <w:t xml:space="preserve"> по воспитательной работе ______</w:t>
      </w:r>
      <w:r>
        <w:rPr>
          <w:lang w:val="ru-RU"/>
        </w:rPr>
        <w:t>_________</w:t>
      </w:r>
      <w:r w:rsidR="00FD266E" w:rsidRPr="00723AA1">
        <w:rPr>
          <w:lang w:val="ru-RU"/>
        </w:rPr>
        <w:t>______ /Ф.И.О./</w:t>
      </w:r>
    </w:p>
    <w:p w:rsidR="00226F36" w:rsidRPr="00723AA1" w:rsidRDefault="00FD266E">
      <w:pPr>
        <w:rPr>
          <w:lang w:val="ru-RU"/>
        </w:rPr>
      </w:pPr>
      <w:r w:rsidRPr="00723AA1">
        <w:rPr>
          <w:lang w:val="ru-RU"/>
        </w:rPr>
        <w:t>Заместитель директора по учебно-воспитательной работе ________</w:t>
      </w:r>
      <w:r w:rsidR="0007529F">
        <w:rPr>
          <w:lang w:val="ru-RU"/>
        </w:rPr>
        <w:t>_______</w:t>
      </w:r>
      <w:r w:rsidRPr="00723AA1">
        <w:rPr>
          <w:lang w:val="ru-RU"/>
        </w:rPr>
        <w:t>____ /Ф.И.О./</w:t>
      </w:r>
    </w:p>
    <w:p w:rsidR="00226F36" w:rsidRPr="00723AA1" w:rsidRDefault="00226F36">
      <w:pPr>
        <w:rPr>
          <w:lang w:val="ru-RU"/>
        </w:rPr>
      </w:pPr>
    </w:p>
    <w:p w:rsidR="00226F36" w:rsidRPr="00723AA1" w:rsidRDefault="00FD266E">
      <w:pPr>
        <w:rPr>
          <w:lang w:val="ru-RU"/>
        </w:rPr>
      </w:pPr>
      <w:r w:rsidRPr="00723AA1">
        <w:rPr>
          <w:lang w:val="ru-RU"/>
        </w:rPr>
        <w:t>Рассмотрено на заседании педагогического совета</w:t>
      </w:r>
    </w:p>
    <w:p w:rsidR="0046064C" w:rsidRPr="00723AA1" w:rsidRDefault="00FD266E">
      <w:pPr>
        <w:rPr>
          <w:lang w:val="ru-RU"/>
        </w:rPr>
      </w:pPr>
      <w:r w:rsidRPr="00723AA1">
        <w:rPr>
          <w:lang w:val="ru-RU"/>
        </w:rPr>
        <w:t>протокол от «___» __________ 2026 г. № ___</w:t>
      </w:r>
    </w:p>
    <w:p w:rsidR="00226F36" w:rsidRPr="00723AA1" w:rsidRDefault="0046064C" w:rsidP="0046064C">
      <w:pPr>
        <w:tabs>
          <w:tab w:val="left" w:pos="990"/>
        </w:tabs>
        <w:rPr>
          <w:lang w:val="ru-RU"/>
        </w:rPr>
      </w:pPr>
      <w:r w:rsidRPr="00723AA1">
        <w:rPr>
          <w:lang w:val="ru-RU"/>
        </w:rPr>
        <w:tab/>
      </w:r>
    </w:p>
    <w:p w:rsidR="0046064C" w:rsidRPr="00723AA1" w:rsidRDefault="0046064C" w:rsidP="0046064C">
      <w:pPr>
        <w:tabs>
          <w:tab w:val="left" w:pos="990"/>
        </w:tabs>
        <w:rPr>
          <w:lang w:val="ru-RU"/>
        </w:rPr>
      </w:pPr>
    </w:p>
    <w:p w:rsidR="0046064C" w:rsidRPr="00954638" w:rsidRDefault="0046064C" w:rsidP="0046064C">
      <w:pPr>
        <w:tabs>
          <w:tab w:val="left" w:pos="990"/>
        </w:tabs>
        <w:rPr>
          <w:lang w:val="ru-RU"/>
        </w:rPr>
      </w:pPr>
    </w:p>
    <w:sectPr w:rsidR="0046064C" w:rsidRPr="00954638" w:rsidSect="00034616">
      <w:footerReference w:type="default" r:id="rId8"/>
      <w:pgSz w:w="12240" w:h="15840"/>
      <w:pgMar w:top="794" w:right="765" w:bottom="794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E15" w:rsidRDefault="00916E15">
      <w:pPr>
        <w:spacing w:after="0" w:line="240" w:lineRule="auto"/>
      </w:pPr>
      <w:r>
        <w:separator/>
      </w:r>
    </w:p>
  </w:endnote>
  <w:endnote w:type="continuationSeparator" w:id="0">
    <w:p w:rsidR="00916E15" w:rsidRDefault="00916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AA1" w:rsidRDefault="00723AA1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95463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E15" w:rsidRDefault="00916E15">
      <w:pPr>
        <w:spacing w:after="0" w:line="240" w:lineRule="auto"/>
      </w:pPr>
      <w:r>
        <w:separator/>
      </w:r>
    </w:p>
  </w:footnote>
  <w:footnote w:type="continuationSeparator" w:id="0">
    <w:p w:rsidR="00916E15" w:rsidRDefault="00916E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529F"/>
    <w:rsid w:val="0008690D"/>
    <w:rsid w:val="0015074B"/>
    <w:rsid w:val="00226F36"/>
    <w:rsid w:val="0024147F"/>
    <w:rsid w:val="0029639D"/>
    <w:rsid w:val="00326F90"/>
    <w:rsid w:val="003B1D3E"/>
    <w:rsid w:val="0046064C"/>
    <w:rsid w:val="005E7A32"/>
    <w:rsid w:val="00723AA1"/>
    <w:rsid w:val="00916E15"/>
    <w:rsid w:val="00954638"/>
    <w:rsid w:val="00AA1D8D"/>
    <w:rsid w:val="00B47730"/>
    <w:rsid w:val="00CB0664"/>
    <w:rsid w:val="00D07295"/>
    <w:rsid w:val="00E026F6"/>
    <w:rsid w:val="00E039B3"/>
    <w:rsid w:val="00E70030"/>
    <w:rsid w:val="00FC693F"/>
    <w:rsid w:val="00FD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6A7EE0"/>
  <w14:defaultImageDpi w14:val="300"/>
  <w15:docId w15:val="{8F8773C0-BD3A-4B40-8714-FB590509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606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5E873E-CB5D-4185-BAED-E984AFE29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4412</Words>
  <Characters>25150</Characters>
  <Application>Microsoft Office Word</Application>
  <DocSecurity>0</DocSecurity>
  <Lines>209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Учитель</cp:lastModifiedBy>
  <cp:revision>3</cp:revision>
  <dcterms:created xsi:type="dcterms:W3CDTF">2013-12-23T23:15:00Z</dcterms:created>
  <dcterms:modified xsi:type="dcterms:W3CDTF">2026-10-16T05:34:00Z</dcterms:modified>
  <cp:category/>
</cp:coreProperties>
</file>